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99019" w14:textId="57623065" w:rsidR="002C5D80" w:rsidRDefault="002C5D80" w:rsidP="002C5D80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ED36F7A" wp14:editId="47E5C412">
            <wp:simplePos x="0" y="0"/>
            <wp:positionH relativeFrom="column">
              <wp:posOffset>-88464</wp:posOffset>
            </wp:positionH>
            <wp:positionV relativeFrom="paragraph">
              <wp:posOffset>0</wp:posOffset>
            </wp:positionV>
            <wp:extent cx="750570" cy="959485"/>
            <wp:effectExtent l="0" t="0" r="0" b="0"/>
            <wp:wrapTight wrapText="bothSides">
              <wp:wrapPolygon edited="0">
                <wp:start x="0" y="0"/>
                <wp:lineTo x="0" y="21014"/>
                <wp:lineTo x="20832" y="21014"/>
                <wp:lineTo x="20832" y="0"/>
                <wp:lineTo x="0" y="0"/>
              </wp:wrapPolygon>
            </wp:wrapTight>
            <wp:docPr id="65" name="Resim 5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41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Resim 52">
                      <a:extLst>
                        <a:ext uri="{FF2B5EF4-FFF2-40B4-BE49-F238E27FC236}">
                          <a16:creationId xmlns:a16="http://schemas.microsoft.com/office/drawing/2014/main" id="{00000000-0008-0000-0000-00004100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95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6B953B" w14:textId="3CE279AA" w:rsidR="00E261DE" w:rsidRDefault="002C5D80" w:rsidP="002C5D80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2C5D80">
        <w:rPr>
          <w:rFonts w:ascii="Times New Roman" w:hAnsi="Times New Roman" w:cs="Times New Roman"/>
          <w:b/>
          <w:sz w:val="30"/>
          <w:szCs w:val="30"/>
        </w:rPr>
        <w:t>MANİSA CELAL BAYAR ÜNİVERSİTESİ REKTÖRLÜĞÜ</w:t>
      </w:r>
    </w:p>
    <w:p w14:paraId="7E7EA78F" w14:textId="0EEC9820" w:rsidR="002C5D80" w:rsidRPr="00FF1DA7" w:rsidRDefault="002C5D80" w:rsidP="002C5D80">
      <w:pPr>
        <w:spacing w:after="0" w:line="240" w:lineRule="auto"/>
        <w:jc w:val="center"/>
        <w:rPr>
          <w:rFonts w:ascii="Times New Roman" w:hAnsi="Times New Roman" w:cs="Times New Roman"/>
          <w:b/>
          <w:sz w:val="6"/>
          <w:szCs w:val="6"/>
        </w:rPr>
      </w:pPr>
    </w:p>
    <w:p w14:paraId="41F2A712" w14:textId="0F16BA39" w:rsidR="00262808" w:rsidRPr="00FF1DA7" w:rsidRDefault="00000000" w:rsidP="002C5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F1DA7">
        <w:rPr>
          <w:rFonts w:ascii="Times New Roman" w:hAnsi="Times New Roman" w:cs="Times New Roman"/>
          <w:bCs/>
          <w:sz w:val="28"/>
          <w:szCs w:val="28"/>
        </w:rPr>
        <w:t>KİŞİSEL VERİ İHLALİ OLAY TESPİT TUTANAĞI</w:t>
      </w:r>
    </w:p>
    <w:p w14:paraId="25968CA2" w14:textId="77777777" w:rsidR="002C5D80" w:rsidRPr="00FF1DA7" w:rsidRDefault="002C5D80" w:rsidP="002C5D80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42270899" w14:textId="77777777" w:rsidR="002C5D80" w:rsidRPr="002C5D80" w:rsidRDefault="002C5D80" w:rsidP="002C5D8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4F600D81" w14:textId="75F2DCC5" w:rsidR="007E3443" w:rsidRPr="00833EF4" w:rsidRDefault="007E3443" w:rsidP="007E344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833EF4">
        <w:rPr>
          <w:rFonts w:ascii="Times New Roman" w:hAnsi="Times New Roman" w:cs="Times New Roman"/>
          <w:sz w:val="24"/>
          <w:szCs w:val="24"/>
          <w:lang w:val="tr-TR"/>
        </w:rPr>
        <w:t xml:space="preserve">Kişisel Veri İhlali Olay Tespit Tutanağı, Üniversitemiz bünyesinde 6698 sayılı Kişisel Verilerin Korunması Kanunu (KVKK) kapsamında yer alan kişisel verilerin hukuka aykırı olarak ele geçirilmesi, ifşa edilmesi, silinmesi veya değiştirilmesi </w:t>
      </w:r>
      <w:r w:rsidR="00DC7175">
        <w:rPr>
          <w:rFonts w:ascii="Times New Roman" w:hAnsi="Times New Roman" w:cs="Times New Roman"/>
          <w:sz w:val="24"/>
          <w:szCs w:val="24"/>
          <w:lang w:val="tr-TR"/>
        </w:rPr>
        <w:t>vb.</w:t>
      </w:r>
      <w:r w:rsidRPr="00833EF4">
        <w:rPr>
          <w:rFonts w:ascii="Times New Roman" w:hAnsi="Times New Roman" w:cs="Times New Roman"/>
          <w:sz w:val="24"/>
          <w:szCs w:val="24"/>
          <w:lang w:val="tr-TR"/>
        </w:rPr>
        <w:t xml:space="preserve"> bir ihlal durumu meydana geldiğinde, durumu resmi olarak </w:t>
      </w:r>
      <w:r w:rsidR="009566BD">
        <w:rPr>
          <w:rFonts w:ascii="Times New Roman" w:hAnsi="Times New Roman" w:cs="Times New Roman"/>
          <w:sz w:val="24"/>
          <w:szCs w:val="24"/>
          <w:lang w:val="tr-TR"/>
        </w:rPr>
        <w:t xml:space="preserve">ve ivedilikle </w:t>
      </w:r>
      <w:r w:rsidRPr="00833EF4">
        <w:rPr>
          <w:rFonts w:ascii="Times New Roman" w:hAnsi="Times New Roman" w:cs="Times New Roman"/>
          <w:sz w:val="24"/>
          <w:szCs w:val="24"/>
          <w:lang w:val="tr-TR"/>
        </w:rPr>
        <w:t>kayıt altına almak için düzenlen</w:t>
      </w:r>
      <w:r w:rsidR="00D35619" w:rsidRPr="00833EF4">
        <w:rPr>
          <w:rFonts w:ascii="Times New Roman" w:hAnsi="Times New Roman" w:cs="Times New Roman"/>
          <w:sz w:val="24"/>
          <w:szCs w:val="24"/>
          <w:lang w:val="tr-TR"/>
        </w:rPr>
        <w:t>miştir.</w:t>
      </w:r>
    </w:p>
    <w:p w14:paraId="726A9EEB" w14:textId="7194FB6E" w:rsidR="00DC7175" w:rsidRPr="006404FE" w:rsidRDefault="007E3443" w:rsidP="007E344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833EF4">
        <w:rPr>
          <w:rFonts w:ascii="Times New Roman" w:hAnsi="Times New Roman" w:cs="Times New Roman"/>
          <w:sz w:val="24"/>
          <w:szCs w:val="24"/>
          <w:lang w:val="tr-TR"/>
        </w:rPr>
        <w:t xml:space="preserve">Bu tutanak, </w:t>
      </w:r>
      <w:r w:rsidR="00FE0BCF">
        <w:rPr>
          <w:rFonts w:ascii="Times New Roman" w:hAnsi="Times New Roman" w:cs="Times New Roman"/>
          <w:sz w:val="24"/>
          <w:szCs w:val="24"/>
          <w:lang w:val="tr-TR"/>
        </w:rPr>
        <w:t>adı geçen</w:t>
      </w:r>
      <w:r w:rsidR="00D35619" w:rsidRPr="00833EF4">
        <w:rPr>
          <w:rFonts w:ascii="Times New Roman" w:hAnsi="Times New Roman" w:cs="Times New Roman"/>
          <w:sz w:val="24"/>
          <w:szCs w:val="24"/>
          <w:lang w:val="tr-TR"/>
        </w:rPr>
        <w:t xml:space="preserve"> Kanunun</w:t>
      </w:r>
      <w:r w:rsidR="00FE0BC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D35619" w:rsidRPr="00833EF4">
        <w:rPr>
          <w:rFonts w:ascii="Times New Roman" w:hAnsi="Times New Roman" w:cs="Times New Roman"/>
          <w:sz w:val="24"/>
          <w:szCs w:val="24"/>
          <w:lang w:val="tr-TR"/>
        </w:rPr>
        <w:t xml:space="preserve">12. Maddesi uyarınca; </w:t>
      </w:r>
      <w:r w:rsidRPr="00833EF4">
        <w:rPr>
          <w:rFonts w:ascii="Times New Roman" w:hAnsi="Times New Roman" w:cs="Times New Roman"/>
          <w:sz w:val="24"/>
          <w:szCs w:val="24"/>
          <w:lang w:val="tr-TR"/>
        </w:rPr>
        <w:t xml:space="preserve">yaşanan siber veya fiziksel güvenlik ihlalinin tespit edildiği anı belgeleyerek hem hukuki sorumlulukların belirlenmesine hem de </w:t>
      </w:r>
      <w:r w:rsidR="00FE0BCF" w:rsidRPr="00833EF4">
        <w:rPr>
          <w:rFonts w:ascii="Times New Roman" w:hAnsi="Times New Roman" w:cs="Times New Roman"/>
          <w:sz w:val="24"/>
          <w:szCs w:val="24"/>
          <w:lang w:val="tr-TR"/>
        </w:rPr>
        <w:t>Kişisel Verilerin Korunması</w:t>
      </w:r>
      <w:r w:rsidRPr="00833EF4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FE0BCF">
        <w:rPr>
          <w:rFonts w:ascii="Times New Roman" w:hAnsi="Times New Roman" w:cs="Times New Roman"/>
          <w:sz w:val="24"/>
          <w:szCs w:val="24"/>
          <w:lang w:val="tr-TR"/>
        </w:rPr>
        <w:t>K</w:t>
      </w:r>
      <w:r w:rsidRPr="00833EF4">
        <w:rPr>
          <w:rFonts w:ascii="Times New Roman" w:hAnsi="Times New Roman" w:cs="Times New Roman"/>
          <w:sz w:val="24"/>
          <w:szCs w:val="24"/>
          <w:lang w:val="tr-TR"/>
        </w:rPr>
        <w:t>uru</w:t>
      </w:r>
      <w:r w:rsidR="00FE0BCF">
        <w:rPr>
          <w:rFonts w:ascii="Times New Roman" w:hAnsi="Times New Roman" w:cs="Times New Roman"/>
          <w:sz w:val="24"/>
          <w:szCs w:val="24"/>
          <w:lang w:val="tr-TR"/>
        </w:rPr>
        <w:t>m</w:t>
      </w:r>
      <w:r w:rsidRPr="00833EF4">
        <w:rPr>
          <w:rFonts w:ascii="Times New Roman" w:hAnsi="Times New Roman" w:cs="Times New Roman"/>
          <w:sz w:val="24"/>
          <w:szCs w:val="24"/>
          <w:lang w:val="tr-TR"/>
        </w:rPr>
        <w:t xml:space="preserve">una yapılacak </w:t>
      </w:r>
      <w:r w:rsidR="006404FE" w:rsidRPr="006404FE">
        <w:rPr>
          <w:rFonts w:ascii="Times New Roman" w:hAnsi="Times New Roman" w:cs="Times New Roman"/>
          <w:sz w:val="24"/>
          <w:szCs w:val="24"/>
          <w:lang w:val="tr-TR"/>
        </w:rPr>
        <w:t>resmi bildirimlere yasal zemin oluşturmaktadır</w:t>
      </w:r>
      <w:r w:rsidR="006404FE">
        <w:rPr>
          <w:rFonts w:ascii="Times New Roman" w:hAnsi="Times New Roman" w:cs="Times New Roman"/>
          <w:sz w:val="24"/>
          <w:szCs w:val="24"/>
          <w:lang w:val="tr-TR"/>
        </w:rPr>
        <w:t>.</w:t>
      </w:r>
    </w:p>
    <w:p w14:paraId="7A6C26F6" w14:textId="77777777" w:rsidR="006404FE" w:rsidRPr="00AC6DE7" w:rsidRDefault="006404FE" w:rsidP="007E3443">
      <w:pPr>
        <w:ind w:firstLine="720"/>
        <w:jc w:val="both"/>
        <w:rPr>
          <w:rFonts w:ascii="Times New Roman" w:hAnsi="Times New Roman" w:cs="Times New Roman"/>
          <w:sz w:val="12"/>
          <w:szCs w:val="12"/>
          <w:lang w:val="tr-TR"/>
        </w:rPr>
      </w:pPr>
    </w:p>
    <w:p w14:paraId="0C3C484D" w14:textId="0319611E" w:rsidR="00316676" w:rsidRPr="00833EF4" w:rsidRDefault="002D57D4" w:rsidP="00316676">
      <w:pPr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833EF4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1. </w:t>
      </w:r>
      <w:r w:rsidR="00ED4B65">
        <w:rPr>
          <w:rFonts w:ascii="Times New Roman" w:hAnsi="Times New Roman" w:cs="Times New Roman"/>
          <w:b/>
          <w:bCs/>
          <w:sz w:val="24"/>
          <w:szCs w:val="24"/>
          <w:lang w:val="tr-TR"/>
        </w:rPr>
        <w:t>İHLALİN</w:t>
      </w:r>
      <w:r w:rsidR="00ED4B65" w:rsidRPr="00ED4B65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</w:t>
      </w:r>
      <w:r w:rsidR="00ED4B65">
        <w:rPr>
          <w:rFonts w:ascii="Times New Roman" w:hAnsi="Times New Roman" w:cs="Times New Roman"/>
          <w:b/>
          <w:bCs/>
          <w:sz w:val="24"/>
          <w:szCs w:val="24"/>
          <w:lang w:val="tr-TR"/>
        </w:rPr>
        <w:t>Y</w:t>
      </w:r>
      <w:r w:rsidR="00ED4B65" w:rsidRPr="00ED4B65">
        <w:rPr>
          <w:rFonts w:ascii="Times New Roman" w:hAnsi="Times New Roman" w:cs="Times New Roman"/>
          <w:b/>
          <w:bCs/>
          <w:sz w:val="24"/>
          <w:szCs w:val="24"/>
          <w:lang w:val="tr-TR"/>
        </w:rPr>
        <w:t>AŞANDIĞI</w:t>
      </w:r>
      <w:r w:rsidR="00ED4B65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833EF4">
        <w:rPr>
          <w:rFonts w:ascii="Times New Roman" w:hAnsi="Times New Roman" w:cs="Times New Roman"/>
          <w:b/>
          <w:bCs/>
          <w:sz w:val="24"/>
          <w:szCs w:val="24"/>
          <w:lang w:val="tr-TR"/>
        </w:rPr>
        <w:t>BİRİM BİLGİLERİ</w:t>
      </w:r>
    </w:p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4820"/>
        <w:gridCol w:w="4315"/>
      </w:tblGrid>
      <w:tr w:rsidR="0092325B" w:rsidRPr="00833EF4" w14:paraId="6841B6A0" w14:textId="77777777" w:rsidTr="0092325B">
        <w:tc>
          <w:tcPr>
            <w:tcW w:w="4820" w:type="dxa"/>
          </w:tcPr>
          <w:p w14:paraId="332BAA18" w14:textId="7FAF79EF" w:rsidR="0092325B" w:rsidRPr="00833EF4" w:rsidRDefault="00316676" w:rsidP="0092325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92325B" w:rsidRPr="00833E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Birim/Bölüm Adı:</w:t>
            </w:r>
            <w:r w:rsidR="0092325B"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  <w:p w14:paraId="30059930" w14:textId="365C2BEA" w:rsidR="00467544" w:rsidRPr="00833EF4" w:rsidRDefault="00467544" w:rsidP="009232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  <w:tc>
          <w:tcPr>
            <w:tcW w:w="4315" w:type="dxa"/>
          </w:tcPr>
          <w:p w14:paraId="61D29F9A" w14:textId="77777777" w:rsidR="0092325B" w:rsidRPr="00833EF4" w:rsidRDefault="0092325B" w:rsidP="009232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</w:tr>
      <w:tr w:rsidR="0092325B" w:rsidRPr="00833EF4" w14:paraId="547E2757" w14:textId="77777777" w:rsidTr="0092325B">
        <w:tc>
          <w:tcPr>
            <w:tcW w:w="4820" w:type="dxa"/>
          </w:tcPr>
          <w:p w14:paraId="7B3FDF44" w14:textId="13B51E43" w:rsidR="0092325B" w:rsidRPr="00833EF4" w:rsidRDefault="0092325B" w:rsidP="009232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833E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Adres ve İletişim Bilgileri:</w:t>
            </w:r>
          </w:p>
          <w:p w14:paraId="3C08169B" w14:textId="442F701E" w:rsidR="00467544" w:rsidRPr="00833EF4" w:rsidRDefault="00467544" w:rsidP="009232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  <w:tc>
          <w:tcPr>
            <w:tcW w:w="4315" w:type="dxa"/>
          </w:tcPr>
          <w:p w14:paraId="1D58032A" w14:textId="77777777" w:rsidR="0092325B" w:rsidRPr="00833EF4" w:rsidRDefault="0092325B" w:rsidP="009232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</w:tr>
    </w:tbl>
    <w:p w14:paraId="6DBA682C" w14:textId="77777777" w:rsidR="008D1597" w:rsidRPr="00833EF4" w:rsidRDefault="008D1597" w:rsidP="008D1597">
      <w:pPr>
        <w:ind w:left="720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4DB43AE8" w14:textId="463A4DA9" w:rsidR="00316676" w:rsidRPr="00833EF4" w:rsidRDefault="002D57D4" w:rsidP="008D1597">
      <w:pPr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833EF4">
        <w:rPr>
          <w:rFonts w:ascii="Times New Roman" w:hAnsi="Times New Roman" w:cs="Times New Roman"/>
          <w:b/>
          <w:bCs/>
          <w:sz w:val="24"/>
          <w:szCs w:val="24"/>
          <w:lang w:val="tr-TR"/>
        </w:rPr>
        <w:t>2. İHLALE İLİŞKİN ZAMAN ÇİZELGESİ</w:t>
      </w:r>
    </w:p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4962"/>
        <w:gridCol w:w="4315"/>
      </w:tblGrid>
      <w:tr w:rsidR="0092325B" w:rsidRPr="00833EF4" w14:paraId="75EE607F" w14:textId="77777777" w:rsidTr="0092325B">
        <w:tc>
          <w:tcPr>
            <w:tcW w:w="4962" w:type="dxa"/>
          </w:tcPr>
          <w:p w14:paraId="752BCF07" w14:textId="77777777" w:rsidR="00C850A2" w:rsidRDefault="00C850A2" w:rsidP="009232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  <w:p w14:paraId="7627A5C5" w14:textId="71B2D895" w:rsidR="00467544" w:rsidRPr="00833EF4" w:rsidRDefault="0092325B" w:rsidP="0092325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3E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İhlalin Başlama Tarihi ve Saati:</w:t>
            </w:r>
            <w:r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  <w:p w14:paraId="7787E8FC" w14:textId="77777777" w:rsidR="0092325B" w:rsidRDefault="0092325B" w:rsidP="004675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Siber saldırı, sızıntı, çalıntı, hırsızlık veya kaybolmanın gerçekleştiği tahmini zaman.</w:t>
            </w:r>
          </w:p>
          <w:p w14:paraId="296FD680" w14:textId="62D08FC0" w:rsidR="00CD3B46" w:rsidRPr="00833EF4" w:rsidRDefault="00CD3B46" w:rsidP="0046754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  <w:tc>
          <w:tcPr>
            <w:tcW w:w="4315" w:type="dxa"/>
          </w:tcPr>
          <w:p w14:paraId="4284A658" w14:textId="77777777" w:rsidR="0092325B" w:rsidRPr="00833EF4" w:rsidRDefault="0092325B" w:rsidP="009232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</w:tr>
      <w:tr w:rsidR="0092325B" w:rsidRPr="00833EF4" w14:paraId="6AA5C1E7" w14:textId="77777777" w:rsidTr="0092325B">
        <w:tc>
          <w:tcPr>
            <w:tcW w:w="4962" w:type="dxa"/>
          </w:tcPr>
          <w:p w14:paraId="4967809F" w14:textId="77777777" w:rsidR="00C850A2" w:rsidRDefault="00C850A2" w:rsidP="0046754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  <w:p w14:paraId="6A330497" w14:textId="2CB225F9" w:rsidR="00467544" w:rsidRPr="00833EF4" w:rsidRDefault="0092325B" w:rsidP="0046754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833E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İhlalin Tespit/Öğrenilme Tarihi ve Saati:</w:t>
            </w:r>
          </w:p>
          <w:p w14:paraId="4BAC6BF7" w14:textId="7658DB8B" w:rsidR="0092325B" w:rsidRDefault="0014619B" w:rsidP="004675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</w:t>
            </w:r>
            <w:r w:rsidR="0092325B"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lgili birim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veya kişi</w:t>
            </w:r>
            <w:r w:rsidR="0092325B"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nin durumu fark ettiği an.</w:t>
            </w:r>
          </w:p>
          <w:p w14:paraId="54F8E2DE" w14:textId="6A0F5B6B" w:rsidR="00CD3B46" w:rsidRPr="00833EF4" w:rsidRDefault="00CD3B46" w:rsidP="0046754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  <w:tc>
          <w:tcPr>
            <w:tcW w:w="4315" w:type="dxa"/>
          </w:tcPr>
          <w:p w14:paraId="6B244CDE" w14:textId="77777777" w:rsidR="0092325B" w:rsidRPr="00833EF4" w:rsidRDefault="0092325B" w:rsidP="009232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</w:tr>
      <w:tr w:rsidR="0092325B" w:rsidRPr="00833EF4" w14:paraId="1932600D" w14:textId="77777777" w:rsidTr="0092325B">
        <w:tc>
          <w:tcPr>
            <w:tcW w:w="4962" w:type="dxa"/>
          </w:tcPr>
          <w:p w14:paraId="759D5677" w14:textId="77777777" w:rsidR="00C850A2" w:rsidRDefault="00C850A2" w:rsidP="009232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  <w:p w14:paraId="4661EF38" w14:textId="22BE3253" w:rsidR="00467544" w:rsidRPr="00833EF4" w:rsidRDefault="0092325B" w:rsidP="009232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833E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Gecikme Gerekçesi (Varsa):</w:t>
            </w:r>
          </w:p>
          <w:p w14:paraId="6D6FDE94" w14:textId="77777777" w:rsidR="0092325B" w:rsidRDefault="0092325B" w:rsidP="004675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Eğer ihlal öğrenildikten sonra 72 saat içinde bildirim yapılamadıysa, bu gecikmenin haklı ve somut gerekçeleri bu alanda açıklanmalıdır (Örn: Hafta sonu sistem kilitlenmesi, adli makamların incelemesi vb.).</w:t>
            </w:r>
          </w:p>
          <w:p w14:paraId="740CB26D" w14:textId="42440433" w:rsidR="00CD3B46" w:rsidRPr="00833EF4" w:rsidRDefault="00CD3B46" w:rsidP="0046754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  <w:tc>
          <w:tcPr>
            <w:tcW w:w="4315" w:type="dxa"/>
          </w:tcPr>
          <w:p w14:paraId="2625F4F0" w14:textId="77777777" w:rsidR="0092325B" w:rsidRPr="00833EF4" w:rsidRDefault="0092325B" w:rsidP="009232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</w:tr>
    </w:tbl>
    <w:p w14:paraId="12A59CB8" w14:textId="77777777" w:rsidR="00DC7175" w:rsidRDefault="00DC7175" w:rsidP="00316676">
      <w:pPr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2130D74E" w14:textId="77777777" w:rsidR="00EB7A00" w:rsidRDefault="00EB7A00" w:rsidP="00316676">
      <w:pPr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42CFFABB" w14:textId="77777777" w:rsidR="006404FE" w:rsidRDefault="006404FE" w:rsidP="00316676">
      <w:pPr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4A9EC55C" w14:textId="7F5FA0B8" w:rsidR="00316676" w:rsidRPr="00833EF4" w:rsidRDefault="002D57D4" w:rsidP="00316676">
      <w:pPr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833EF4">
        <w:rPr>
          <w:rFonts w:ascii="Times New Roman" w:hAnsi="Times New Roman" w:cs="Times New Roman"/>
          <w:b/>
          <w:bCs/>
          <w:sz w:val="24"/>
          <w:szCs w:val="24"/>
          <w:lang w:val="tr-TR"/>
        </w:rPr>
        <w:lastRenderedPageBreak/>
        <w:t>3. İHLALİN DETAYLARI VE OLUŞ ŞEKLİ</w:t>
      </w:r>
    </w:p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4962"/>
        <w:gridCol w:w="4315"/>
      </w:tblGrid>
      <w:tr w:rsidR="0092325B" w:rsidRPr="00833EF4" w14:paraId="22F78870" w14:textId="77777777" w:rsidTr="00E03EC6">
        <w:tc>
          <w:tcPr>
            <w:tcW w:w="4962" w:type="dxa"/>
          </w:tcPr>
          <w:p w14:paraId="091C79EC" w14:textId="77777777" w:rsidR="00C850A2" w:rsidRDefault="00C850A2" w:rsidP="009232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  <w:p w14:paraId="3FCBEEE6" w14:textId="1908FE9D" w:rsidR="00467544" w:rsidRPr="00833EF4" w:rsidRDefault="0092325B" w:rsidP="0092325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3E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İhlalin Kaynağı:</w:t>
            </w:r>
            <w:r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  <w:p w14:paraId="0471188B" w14:textId="4B2AFBA4" w:rsidR="0092325B" w:rsidRDefault="00A54375" w:rsidP="004675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Aşağıda belirtilen ihlal nedenleri açıklamalı olarak </w:t>
            </w:r>
            <w:r w:rsidR="0092325B"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(Örn: Sınav kağıtlarının kaybolması)  belirtilir.</w:t>
            </w:r>
          </w:p>
          <w:p w14:paraId="24A05817" w14:textId="4578A12C" w:rsidR="00CD3B46" w:rsidRPr="00833EF4" w:rsidRDefault="00CD3B46" w:rsidP="0046754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  <w:tc>
          <w:tcPr>
            <w:tcW w:w="4315" w:type="dxa"/>
          </w:tcPr>
          <w:p w14:paraId="36602EFE" w14:textId="77777777" w:rsidR="0092325B" w:rsidRPr="00833EF4" w:rsidRDefault="0092325B" w:rsidP="009232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</w:tr>
      <w:tr w:rsidR="00A54375" w:rsidRPr="00833EF4" w14:paraId="0BAEE04B" w14:textId="77777777" w:rsidTr="00E03EC6">
        <w:tc>
          <w:tcPr>
            <w:tcW w:w="4962" w:type="dxa"/>
          </w:tcPr>
          <w:p w14:paraId="5377FF31" w14:textId="77777777" w:rsidR="00C850A2" w:rsidRDefault="00C850A2"/>
          <w:p w14:paraId="56435AD2" w14:textId="77777777" w:rsidR="00C850A2" w:rsidRDefault="00C850A2"/>
          <w:tbl>
            <w:tblPr>
              <w:tblStyle w:val="TabloKlavuzu"/>
              <w:tblpPr w:leftFromText="141" w:rightFromText="141" w:vertAnchor="text" w:horzAnchor="margin" w:tblpY="-17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629"/>
              <w:gridCol w:w="1561"/>
              <w:gridCol w:w="1546"/>
            </w:tblGrid>
            <w:tr w:rsidR="00A54375" w14:paraId="6016FA84" w14:textId="77777777" w:rsidTr="0049081E">
              <w:tc>
                <w:tcPr>
                  <w:tcW w:w="1629" w:type="dxa"/>
                </w:tcPr>
                <w:p w14:paraId="49CA515D" w14:textId="63E30F37" w:rsidR="00A54375" w:rsidRPr="00550DCB" w:rsidRDefault="00A54375" w:rsidP="00550DC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tr-TR"/>
                    </w:rPr>
                  </w:pPr>
                  <w:r w:rsidRPr="00550DC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tr-TR"/>
                    </w:rPr>
                    <w:t>Tehditler (Kasten)</w:t>
                  </w:r>
                </w:p>
              </w:tc>
              <w:tc>
                <w:tcPr>
                  <w:tcW w:w="1561" w:type="dxa"/>
                </w:tcPr>
                <w:p w14:paraId="71A02636" w14:textId="5E88EC79" w:rsidR="00A54375" w:rsidRPr="00550DCB" w:rsidRDefault="00A54375" w:rsidP="00550DC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tr-TR"/>
                    </w:rPr>
                  </w:pPr>
                  <w:r w:rsidRPr="00550DC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tr-TR"/>
                    </w:rPr>
                    <w:t>Tehditler (Kasıtsız - Tesadüfen)</w:t>
                  </w:r>
                </w:p>
              </w:tc>
              <w:tc>
                <w:tcPr>
                  <w:tcW w:w="1546" w:type="dxa"/>
                </w:tcPr>
                <w:p w14:paraId="27E6E61F" w14:textId="255B20B9" w:rsidR="00A54375" w:rsidRPr="00550DCB" w:rsidRDefault="00A54375" w:rsidP="00550DC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tr-TR"/>
                    </w:rPr>
                  </w:pPr>
                  <w:r w:rsidRPr="00550DC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tr-TR"/>
                    </w:rPr>
                    <w:t>Afetler- Felaketler</w:t>
                  </w:r>
                </w:p>
              </w:tc>
            </w:tr>
            <w:tr w:rsidR="00A54375" w14:paraId="0DDDB34A" w14:textId="77777777" w:rsidTr="0049081E">
              <w:tc>
                <w:tcPr>
                  <w:tcW w:w="1629" w:type="dxa"/>
                </w:tcPr>
                <w:p w14:paraId="3D6AED86" w14:textId="7425D0CD" w:rsidR="00A54375" w:rsidRPr="00A54375" w:rsidRDefault="00A54375" w:rsidP="00A54375">
                  <w:pPr>
                    <w:pStyle w:val="ListeParagraf"/>
                    <w:numPr>
                      <w:ilvl w:val="0"/>
                      <w:numId w:val="19"/>
                    </w:numPr>
                    <w:ind w:left="313" w:hanging="28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</w:pPr>
                  <w:r w:rsidRPr="00A54375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t>Kişisel veri ifşası, yetkisiz erişim</w:t>
                  </w:r>
                </w:p>
                <w:p w14:paraId="4A26F995" w14:textId="77777777" w:rsidR="00A54375" w:rsidRPr="00A54375" w:rsidRDefault="00A54375" w:rsidP="00A54375">
                  <w:pPr>
                    <w:pStyle w:val="ListeParagraf"/>
                    <w:numPr>
                      <w:ilvl w:val="0"/>
                      <w:numId w:val="19"/>
                    </w:numPr>
                    <w:ind w:left="313" w:hanging="28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</w:pPr>
                  <w:r w:rsidRPr="00A54375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t xml:space="preserve">Bilgi hırsızlığı </w:t>
                  </w:r>
                </w:p>
                <w:p w14:paraId="5441A30B" w14:textId="77777777" w:rsidR="00A54375" w:rsidRPr="00A54375" w:rsidRDefault="00A54375" w:rsidP="00A54375">
                  <w:pPr>
                    <w:pStyle w:val="ListeParagraf"/>
                    <w:numPr>
                      <w:ilvl w:val="0"/>
                      <w:numId w:val="19"/>
                    </w:numPr>
                    <w:ind w:left="313" w:hanging="28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</w:pPr>
                  <w:r w:rsidRPr="00A54375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t>Bilgi manipülasyonu</w:t>
                  </w:r>
                </w:p>
                <w:p w14:paraId="7518B5A2" w14:textId="77777777" w:rsidR="00A54375" w:rsidRPr="00A54375" w:rsidRDefault="00A54375" w:rsidP="00A54375">
                  <w:pPr>
                    <w:pStyle w:val="ListeParagraf"/>
                    <w:numPr>
                      <w:ilvl w:val="0"/>
                      <w:numId w:val="19"/>
                    </w:numPr>
                    <w:ind w:left="313" w:hanging="28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</w:pPr>
                  <w:r w:rsidRPr="00A54375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t>Bilgi sistemleri ve ekipmanlara sabotaj veya fiziki hasar verme</w:t>
                  </w:r>
                </w:p>
                <w:p w14:paraId="4FFD037C" w14:textId="77777777" w:rsidR="00A54375" w:rsidRPr="00A54375" w:rsidRDefault="00A54375" w:rsidP="00A54375">
                  <w:pPr>
                    <w:pStyle w:val="ListeParagraf"/>
                    <w:numPr>
                      <w:ilvl w:val="0"/>
                      <w:numId w:val="19"/>
                    </w:numPr>
                    <w:ind w:left="313" w:hanging="28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</w:pPr>
                  <w:r w:rsidRPr="00A54375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t>Kötü niyetli girişimler, siber saldırılar</w:t>
                  </w:r>
                </w:p>
                <w:p w14:paraId="387B7ACC" w14:textId="77777777" w:rsidR="00A54375" w:rsidRPr="00A54375" w:rsidRDefault="00A54375" w:rsidP="00A54375">
                  <w:pPr>
                    <w:pStyle w:val="ListeParagraf"/>
                    <w:numPr>
                      <w:ilvl w:val="0"/>
                      <w:numId w:val="19"/>
                    </w:numPr>
                    <w:ind w:left="313" w:hanging="28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</w:pPr>
                  <w:r w:rsidRPr="00A54375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t>Aslı olmayan bilgiyi yayma</w:t>
                  </w:r>
                </w:p>
                <w:p w14:paraId="7422BA46" w14:textId="77777777" w:rsidR="00A54375" w:rsidRPr="00A54375" w:rsidRDefault="00A54375" w:rsidP="00A54375">
                  <w:pPr>
                    <w:pStyle w:val="ListeParagraf"/>
                    <w:numPr>
                      <w:ilvl w:val="0"/>
                      <w:numId w:val="19"/>
                    </w:numPr>
                    <w:ind w:left="313" w:hanging="28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</w:pPr>
                  <w:r w:rsidRPr="00A54375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t>Şifreleri yayma</w:t>
                  </w:r>
                </w:p>
                <w:p w14:paraId="61E857C2" w14:textId="77777777" w:rsidR="00A54375" w:rsidRPr="00A54375" w:rsidRDefault="00A54375" w:rsidP="00A54375">
                  <w:pPr>
                    <w:pStyle w:val="ListeParagraf"/>
                    <w:numPr>
                      <w:ilvl w:val="0"/>
                      <w:numId w:val="19"/>
                    </w:numPr>
                    <w:ind w:left="313" w:hanging="284"/>
                    <w:jc w:val="both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  <w:lang w:val="tr-TR"/>
                    </w:rPr>
                  </w:pPr>
                  <w:r w:rsidRPr="00A54375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t>Diğer bilgi ihlal olayları</w:t>
                  </w:r>
                </w:p>
                <w:p w14:paraId="6C959030" w14:textId="73510B49" w:rsidR="00A54375" w:rsidRPr="00A54375" w:rsidRDefault="00A54375" w:rsidP="00A54375">
                  <w:pPr>
                    <w:pStyle w:val="ListeParagraf"/>
                    <w:ind w:left="313"/>
                    <w:jc w:val="both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  <w:lang w:val="tr-TR"/>
                    </w:rPr>
                  </w:pPr>
                </w:p>
              </w:tc>
              <w:tc>
                <w:tcPr>
                  <w:tcW w:w="1561" w:type="dxa"/>
                </w:tcPr>
                <w:p w14:paraId="0119E777" w14:textId="77777777" w:rsidR="00A54375" w:rsidRPr="00A54375" w:rsidRDefault="00A54375" w:rsidP="00A54375">
                  <w:pPr>
                    <w:pStyle w:val="ListeParagraf"/>
                    <w:numPr>
                      <w:ilvl w:val="0"/>
                      <w:numId w:val="20"/>
                    </w:numPr>
                    <w:ind w:left="313" w:hanging="28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</w:pPr>
                  <w:r w:rsidRPr="00A54375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t xml:space="preserve">Donanım Hatası </w:t>
                  </w:r>
                </w:p>
                <w:p w14:paraId="59D18098" w14:textId="77777777" w:rsidR="00A54375" w:rsidRPr="00A54375" w:rsidRDefault="00A54375" w:rsidP="00A54375">
                  <w:pPr>
                    <w:pStyle w:val="ListeParagraf"/>
                    <w:numPr>
                      <w:ilvl w:val="0"/>
                      <w:numId w:val="20"/>
                    </w:numPr>
                    <w:ind w:left="313" w:hanging="28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</w:pPr>
                  <w:r w:rsidRPr="00A54375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t xml:space="preserve">Yazılım hatası </w:t>
                  </w:r>
                </w:p>
                <w:p w14:paraId="553F222F" w14:textId="77777777" w:rsidR="00A54375" w:rsidRPr="00A54375" w:rsidRDefault="00A54375" w:rsidP="00A54375">
                  <w:pPr>
                    <w:pStyle w:val="ListeParagraf"/>
                    <w:numPr>
                      <w:ilvl w:val="0"/>
                      <w:numId w:val="20"/>
                    </w:numPr>
                    <w:ind w:left="313" w:hanging="28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</w:pPr>
                  <w:r w:rsidRPr="00A54375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t>İletişim hatası</w:t>
                  </w:r>
                </w:p>
                <w:p w14:paraId="720F37A4" w14:textId="77777777" w:rsidR="00A54375" w:rsidRPr="00A54375" w:rsidRDefault="00A54375" w:rsidP="00A54375">
                  <w:pPr>
                    <w:pStyle w:val="ListeParagraf"/>
                    <w:numPr>
                      <w:ilvl w:val="0"/>
                      <w:numId w:val="20"/>
                    </w:numPr>
                    <w:ind w:left="313" w:hanging="28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</w:pPr>
                  <w:r w:rsidRPr="00A54375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t>Personel yetersizliği</w:t>
                  </w:r>
                </w:p>
                <w:p w14:paraId="7F45192B" w14:textId="77777777" w:rsidR="00A54375" w:rsidRPr="0049081E" w:rsidRDefault="00A54375" w:rsidP="00A54375">
                  <w:pPr>
                    <w:pStyle w:val="ListeParagraf"/>
                    <w:numPr>
                      <w:ilvl w:val="0"/>
                      <w:numId w:val="20"/>
                    </w:numPr>
                    <w:ind w:left="313" w:hanging="284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tr-TR"/>
                    </w:rPr>
                  </w:pPr>
                  <w:r w:rsidRPr="00A54375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t>İş kazası</w:t>
                  </w:r>
                </w:p>
                <w:p w14:paraId="2A47F1B1" w14:textId="1C128EA5" w:rsidR="0049081E" w:rsidRPr="0049081E" w:rsidRDefault="0049081E" w:rsidP="00A54375">
                  <w:pPr>
                    <w:pStyle w:val="ListeParagraf"/>
                    <w:numPr>
                      <w:ilvl w:val="0"/>
                      <w:numId w:val="20"/>
                    </w:numPr>
                    <w:ind w:left="313" w:hanging="284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tr-TR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t>F</w:t>
                  </w:r>
                  <w:r w:rsidRPr="0049081E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t>iziksel  hırsızlık</w:t>
                  </w:r>
                </w:p>
                <w:p w14:paraId="04A6C5E9" w14:textId="77777777" w:rsidR="0049081E" w:rsidRPr="0049081E" w:rsidRDefault="0049081E" w:rsidP="00A54375">
                  <w:pPr>
                    <w:pStyle w:val="ListeParagraf"/>
                    <w:numPr>
                      <w:ilvl w:val="0"/>
                      <w:numId w:val="20"/>
                    </w:numPr>
                    <w:ind w:left="313" w:hanging="284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tr-TR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t>K</w:t>
                  </w:r>
                  <w:r w:rsidRPr="0049081E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t>ayıp</w:t>
                  </w:r>
                </w:p>
                <w:p w14:paraId="40C97367" w14:textId="79A69580" w:rsidR="0049081E" w:rsidRPr="0049081E" w:rsidRDefault="0049081E" w:rsidP="00A54375">
                  <w:pPr>
                    <w:pStyle w:val="ListeParagraf"/>
                    <w:numPr>
                      <w:ilvl w:val="0"/>
                      <w:numId w:val="20"/>
                    </w:numPr>
                    <w:ind w:left="313" w:hanging="28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</w:pPr>
                  <w:r w:rsidRPr="0049081E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t>Diğer</w:t>
                  </w:r>
                </w:p>
              </w:tc>
              <w:tc>
                <w:tcPr>
                  <w:tcW w:w="1546" w:type="dxa"/>
                </w:tcPr>
                <w:p w14:paraId="6389E674" w14:textId="77777777" w:rsidR="00A54375" w:rsidRPr="00A54375" w:rsidRDefault="00A54375" w:rsidP="00A54375">
                  <w:pPr>
                    <w:pStyle w:val="ListeParagraf"/>
                    <w:numPr>
                      <w:ilvl w:val="0"/>
                      <w:numId w:val="21"/>
                    </w:numPr>
                    <w:ind w:left="313" w:hanging="28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</w:pPr>
                  <w:r w:rsidRPr="00A54375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t xml:space="preserve">Yangın </w:t>
                  </w:r>
                </w:p>
                <w:p w14:paraId="3C5AD37F" w14:textId="77777777" w:rsidR="00A54375" w:rsidRPr="00A54375" w:rsidRDefault="00A54375" w:rsidP="00A54375">
                  <w:pPr>
                    <w:pStyle w:val="ListeParagraf"/>
                    <w:numPr>
                      <w:ilvl w:val="0"/>
                      <w:numId w:val="21"/>
                    </w:numPr>
                    <w:ind w:left="313" w:hanging="28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</w:pPr>
                  <w:r w:rsidRPr="00A54375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t xml:space="preserve">Sel </w:t>
                  </w:r>
                </w:p>
                <w:p w14:paraId="0370836F" w14:textId="77777777" w:rsidR="00A54375" w:rsidRPr="00A54375" w:rsidRDefault="00A54375" w:rsidP="00A54375">
                  <w:pPr>
                    <w:pStyle w:val="ListeParagraf"/>
                    <w:numPr>
                      <w:ilvl w:val="0"/>
                      <w:numId w:val="21"/>
                    </w:numPr>
                    <w:ind w:left="313" w:hanging="28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</w:pPr>
                  <w:r w:rsidRPr="00A54375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t>Deprem</w:t>
                  </w:r>
                </w:p>
                <w:p w14:paraId="0E6EFA11" w14:textId="77777777" w:rsidR="00A54375" w:rsidRPr="00A54375" w:rsidRDefault="00A54375" w:rsidP="00A54375">
                  <w:pPr>
                    <w:pStyle w:val="ListeParagraf"/>
                    <w:numPr>
                      <w:ilvl w:val="0"/>
                      <w:numId w:val="21"/>
                    </w:numPr>
                    <w:ind w:left="313" w:hanging="28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</w:pPr>
                  <w:r w:rsidRPr="00A54375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t>Terör eylemi</w:t>
                  </w:r>
                </w:p>
                <w:p w14:paraId="527C0F41" w14:textId="77777777" w:rsidR="00A54375" w:rsidRPr="00A54375" w:rsidRDefault="00A54375" w:rsidP="00A54375">
                  <w:pPr>
                    <w:pStyle w:val="ListeParagraf"/>
                    <w:numPr>
                      <w:ilvl w:val="0"/>
                      <w:numId w:val="21"/>
                    </w:numPr>
                    <w:ind w:left="313" w:hanging="28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</w:pPr>
                  <w:r w:rsidRPr="00A54375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t xml:space="preserve">Diğer doğal olaylar </w:t>
                  </w:r>
                </w:p>
                <w:p w14:paraId="3F082488" w14:textId="7C62097A" w:rsidR="00A54375" w:rsidRPr="00A54375" w:rsidRDefault="00A54375" w:rsidP="00A54375">
                  <w:pPr>
                    <w:pStyle w:val="ListeParagraf"/>
                    <w:numPr>
                      <w:ilvl w:val="0"/>
                      <w:numId w:val="21"/>
                    </w:numPr>
                    <w:ind w:left="313" w:hanging="28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</w:pPr>
                  <w:r w:rsidRPr="00A54375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t>Diğer</w:t>
                  </w:r>
                </w:p>
                <w:p w14:paraId="41A94CA3" w14:textId="77777777" w:rsidR="00A54375" w:rsidRDefault="00A54375" w:rsidP="00A54375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tr-TR"/>
                    </w:rPr>
                  </w:pPr>
                </w:p>
                <w:p w14:paraId="3CBC9DD2" w14:textId="77777777" w:rsidR="00A54375" w:rsidRDefault="00A54375" w:rsidP="00A54375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tr-TR"/>
                    </w:rPr>
                  </w:pPr>
                </w:p>
                <w:p w14:paraId="230F9EE0" w14:textId="77777777" w:rsidR="00A54375" w:rsidRDefault="00A54375" w:rsidP="00A54375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tr-TR"/>
                    </w:rPr>
                  </w:pPr>
                </w:p>
                <w:p w14:paraId="4D2ABA44" w14:textId="77777777" w:rsidR="00A54375" w:rsidRDefault="00A54375" w:rsidP="00A54375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tr-TR"/>
                    </w:rPr>
                  </w:pPr>
                </w:p>
                <w:p w14:paraId="493B8B3E" w14:textId="77777777" w:rsidR="00A54375" w:rsidRDefault="00A54375" w:rsidP="00A54375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tr-TR"/>
                    </w:rPr>
                  </w:pPr>
                </w:p>
                <w:p w14:paraId="0B5D1AE6" w14:textId="77777777" w:rsidR="00A54375" w:rsidRDefault="00A54375" w:rsidP="00A54375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tr-TR"/>
                    </w:rPr>
                  </w:pPr>
                </w:p>
              </w:tc>
            </w:tr>
          </w:tbl>
          <w:p w14:paraId="5792FF4A" w14:textId="77777777" w:rsidR="00A54375" w:rsidRPr="00833EF4" w:rsidRDefault="00A54375" w:rsidP="009232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  <w:tc>
          <w:tcPr>
            <w:tcW w:w="4315" w:type="dxa"/>
          </w:tcPr>
          <w:p w14:paraId="1970898D" w14:textId="77777777" w:rsidR="00A54375" w:rsidRDefault="00A54375" w:rsidP="009232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  <w:p w14:paraId="3D589DEA" w14:textId="77777777" w:rsidR="00550DCB" w:rsidRPr="00833EF4" w:rsidRDefault="00550DCB" w:rsidP="009232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</w:tr>
      <w:tr w:rsidR="0092325B" w:rsidRPr="00833EF4" w14:paraId="3BCE0418" w14:textId="77777777" w:rsidTr="00E03EC6">
        <w:tc>
          <w:tcPr>
            <w:tcW w:w="4962" w:type="dxa"/>
          </w:tcPr>
          <w:p w14:paraId="109EC45B" w14:textId="77777777" w:rsidR="00C850A2" w:rsidRDefault="00C850A2" w:rsidP="0046754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  <w:p w14:paraId="3AB00DA5" w14:textId="247DFEA5" w:rsidR="00467544" w:rsidRPr="00833EF4" w:rsidRDefault="0092325B" w:rsidP="004675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3E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Teknik Detaylar:</w:t>
            </w:r>
            <w:r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  <w:p w14:paraId="549D5D3D" w14:textId="01C7F4D3" w:rsidR="0092325B" w:rsidRDefault="0092325B" w:rsidP="004675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İhlalin </w:t>
            </w:r>
            <w:r w:rsidR="008A134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varsa </w:t>
            </w:r>
            <w:r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nasıl gerçekleştiğine dair özet teknik bilgi (Örn: SQL Injection saldırısı, kimlik avı e-postası). </w:t>
            </w:r>
          </w:p>
          <w:p w14:paraId="0D39F314" w14:textId="0D98D1AA" w:rsidR="00CD3B46" w:rsidRPr="00833EF4" w:rsidRDefault="00CD3B46" w:rsidP="0046754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  <w:tc>
          <w:tcPr>
            <w:tcW w:w="4315" w:type="dxa"/>
          </w:tcPr>
          <w:p w14:paraId="032EF733" w14:textId="77777777" w:rsidR="0092325B" w:rsidRPr="00833EF4" w:rsidRDefault="0092325B" w:rsidP="009232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</w:tr>
      <w:tr w:rsidR="0092325B" w:rsidRPr="00833EF4" w14:paraId="28FF8291" w14:textId="77777777" w:rsidTr="00E03EC6">
        <w:tc>
          <w:tcPr>
            <w:tcW w:w="4962" w:type="dxa"/>
          </w:tcPr>
          <w:p w14:paraId="5AE3E62D" w14:textId="77777777" w:rsidR="00C850A2" w:rsidRDefault="00C850A2" w:rsidP="009232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  <w:p w14:paraId="4E05F45A" w14:textId="35DF8451" w:rsidR="00467544" w:rsidRPr="00833EF4" w:rsidRDefault="0092325B" w:rsidP="0092325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3E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Veri İşleyenin Durumu:</w:t>
            </w:r>
            <w:r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  <w:p w14:paraId="387636D6" w14:textId="77777777" w:rsidR="0092325B" w:rsidRDefault="0092325B" w:rsidP="004675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İhlal, üniversitenin dışarıdan hizmet aldığı bir yazılım firmasından (veri işleyen) kaynaklandıysa, firmanın üniversiteye bildirim yaptığı tarih ve detaylar eklenir. </w:t>
            </w:r>
          </w:p>
          <w:p w14:paraId="697FD8C5" w14:textId="0F085733" w:rsidR="00CD3B46" w:rsidRPr="00833EF4" w:rsidRDefault="00CD3B46" w:rsidP="0046754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  <w:tc>
          <w:tcPr>
            <w:tcW w:w="4315" w:type="dxa"/>
          </w:tcPr>
          <w:p w14:paraId="68ABFC6B" w14:textId="77777777" w:rsidR="0092325B" w:rsidRPr="00833EF4" w:rsidRDefault="0092325B" w:rsidP="009232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</w:tr>
    </w:tbl>
    <w:p w14:paraId="3FBD7608" w14:textId="77777777" w:rsidR="00E261DE" w:rsidRDefault="00E261DE" w:rsidP="00316676">
      <w:pPr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5730268C" w14:textId="77777777" w:rsidR="00550DCB" w:rsidRDefault="00550DCB" w:rsidP="00316676">
      <w:pPr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558F0CAA" w14:textId="77777777" w:rsidR="00550DCB" w:rsidRDefault="00550DCB" w:rsidP="00316676">
      <w:pPr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1A4EF1E8" w14:textId="77777777" w:rsidR="00EB7A00" w:rsidRDefault="00EB7A00" w:rsidP="00316676">
      <w:pPr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002DC508" w14:textId="6265F17D" w:rsidR="00316676" w:rsidRPr="00833EF4" w:rsidRDefault="002D57D4" w:rsidP="00316676">
      <w:pPr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833EF4">
        <w:rPr>
          <w:rFonts w:ascii="Times New Roman" w:hAnsi="Times New Roman" w:cs="Times New Roman"/>
          <w:b/>
          <w:bCs/>
          <w:sz w:val="24"/>
          <w:szCs w:val="24"/>
          <w:lang w:val="tr-TR"/>
        </w:rPr>
        <w:lastRenderedPageBreak/>
        <w:t>4. İHLALDEN ETKİLENEN VERİLER VE KİŞİ GRUPLARI</w:t>
      </w:r>
    </w:p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4962"/>
        <w:gridCol w:w="4315"/>
      </w:tblGrid>
      <w:tr w:rsidR="002D57D4" w:rsidRPr="00833EF4" w14:paraId="2E21A82D" w14:textId="77777777" w:rsidTr="00E03EC6">
        <w:tc>
          <w:tcPr>
            <w:tcW w:w="4962" w:type="dxa"/>
          </w:tcPr>
          <w:p w14:paraId="4A365FB5" w14:textId="77777777" w:rsidR="00C850A2" w:rsidRDefault="00C850A2" w:rsidP="002D57D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  <w:p w14:paraId="50C6E766" w14:textId="59E53BDC" w:rsidR="00467544" w:rsidRPr="00833EF4" w:rsidRDefault="002D57D4" w:rsidP="002D57D4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3E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Etkilenen Kişi Grupları:</w:t>
            </w:r>
            <w:r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  <w:p w14:paraId="08D9F841" w14:textId="77777777" w:rsidR="002D57D4" w:rsidRDefault="002D57D4" w:rsidP="004675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Üniversite özelinde; öğrenciler, akademik personel, idari personel, hastalar, mezunlar veya ziyaretçiler</w:t>
            </w:r>
            <w:r w:rsidR="00467544"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  <w:r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  <w:p w14:paraId="4028582E" w14:textId="37DF9CD5" w:rsidR="00CD3B46" w:rsidRPr="00833EF4" w:rsidRDefault="00CD3B46" w:rsidP="004675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15" w:type="dxa"/>
          </w:tcPr>
          <w:p w14:paraId="66CBA910" w14:textId="77777777" w:rsidR="002D57D4" w:rsidRPr="00833EF4" w:rsidRDefault="002D57D4" w:rsidP="002D57D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</w:tr>
      <w:tr w:rsidR="002D57D4" w:rsidRPr="00833EF4" w14:paraId="2A1FA465" w14:textId="77777777" w:rsidTr="00E03EC6">
        <w:tc>
          <w:tcPr>
            <w:tcW w:w="4962" w:type="dxa"/>
          </w:tcPr>
          <w:p w14:paraId="305331D3" w14:textId="77777777" w:rsidR="00C850A2" w:rsidRDefault="00C850A2" w:rsidP="002D57D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  <w:p w14:paraId="7800E6C3" w14:textId="2302751A" w:rsidR="00467544" w:rsidRPr="00833EF4" w:rsidRDefault="002D57D4" w:rsidP="002D57D4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3E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Tahmini Kişi Sayısı:</w:t>
            </w:r>
            <w:r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  <w:p w14:paraId="2F24BE6D" w14:textId="77777777" w:rsidR="002D57D4" w:rsidRDefault="002D57D4" w:rsidP="004675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İhlalden etkilenen tahmini veya net kişi sayısı.</w:t>
            </w:r>
          </w:p>
          <w:p w14:paraId="5C3D8643" w14:textId="18906F0C" w:rsidR="00CD3B46" w:rsidRPr="00833EF4" w:rsidRDefault="00CD3B46" w:rsidP="0046754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  <w:tc>
          <w:tcPr>
            <w:tcW w:w="4315" w:type="dxa"/>
          </w:tcPr>
          <w:p w14:paraId="3F548FDB" w14:textId="77777777" w:rsidR="002D57D4" w:rsidRPr="00833EF4" w:rsidRDefault="002D57D4" w:rsidP="002D57D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</w:tr>
      <w:tr w:rsidR="002D57D4" w:rsidRPr="00833EF4" w14:paraId="3A7613D0" w14:textId="77777777" w:rsidTr="00E03EC6">
        <w:tc>
          <w:tcPr>
            <w:tcW w:w="4962" w:type="dxa"/>
          </w:tcPr>
          <w:p w14:paraId="7E09164A" w14:textId="77777777" w:rsidR="00C850A2" w:rsidRDefault="00C850A2" w:rsidP="002D57D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  <w:p w14:paraId="3AF61BD0" w14:textId="02AB3B28" w:rsidR="00467544" w:rsidRPr="00833EF4" w:rsidRDefault="002D57D4" w:rsidP="002D57D4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3E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Etkilenen Kişisel Veri Kategorileri:</w:t>
            </w:r>
            <w:r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  <w:p w14:paraId="2B1991AE" w14:textId="77777777" w:rsidR="002D57D4" w:rsidRDefault="002D57D4" w:rsidP="004675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Kimlik (Ad, TCKN), İletişim (E-posta, Telefon), Özlük Bilgileri, Öğrenim Bilgisi (Transkript, Sınav Sonuçları).</w:t>
            </w:r>
          </w:p>
          <w:p w14:paraId="1AF27662" w14:textId="55A1CB03" w:rsidR="00CD3B46" w:rsidRPr="00833EF4" w:rsidRDefault="00CD3B46" w:rsidP="0046754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  <w:tc>
          <w:tcPr>
            <w:tcW w:w="4315" w:type="dxa"/>
          </w:tcPr>
          <w:p w14:paraId="62B45036" w14:textId="77777777" w:rsidR="002D57D4" w:rsidRPr="00833EF4" w:rsidRDefault="002D57D4" w:rsidP="002D57D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</w:tr>
      <w:tr w:rsidR="002D57D4" w:rsidRPr="00833EF4" w14:paraId="03166C91" w14:textId="77777777" w:rsidTr="00E03EC6">
        <w:tc>
          <w:tcPr>
            <w:tcW w:w="4962" w:type="dxa"/>
          </w:tcPr>
          <w:p w14:paraId="1986E216" w14:textId="77777777" w:rsidR="00C850A2" w:rsidRDefault="00C850A2" w:rsidP="002D57D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  <w:p w14:paraId="26B45190" w14:textId="3DA90DE5" w:rsidR="00467544" w:rsidRPr="00833EF4" w:rsidRDefault="002D57D4" w:rsidP="002D57D4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3E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Özel Nitelikli Kişisel Veriler:</w:t>
            </w:r>
            <w:r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  <w:p w14:paraId="205C31A1" w14:textId="77777777" w:rsidR="002D57D4" w:rsidRDefault="002D57D4" w:rsidP="004675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Eğer etkilendiyse; Sağlık verileri (Mediko-sosyal kayıtları, engellilik durumları), Ceza mahkûmiyeti verileri veya Biyometrik veriler (Kampüs girişindeki yüz tanıma/parmak izi sistemleri) ayrıca ve net olarak belirtilmelidir. </w:t>
            </w:r>
          </w:p>
          <w:p w14:paraId="5EE2F77D" w14:textId="0E95DFB8" w:rsidR="00CD3B46" w:rsidRPr="00833EF4" w:rsidRDefault="00CD3B46" w:rsidP="0046754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  <w:tc>
          <w:tcPr>
            <w:tcW w:w="4315" w:type="dxa"/>
          </w:tcPr>
          <w:p w14:paraId="443D69F3" w14:textId="77777777" w:rsidR="002D57D4" w:rsidRPr="00833EF4" w:rsidRDefault="002D57D4" w:rsidP="002D57D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</w:tr>
    </w:tbl>
    <w:p w14:paraId="051FF7D3" w14:textId="77777777" w:rsidR="0092325B" w:rsidRPr="00833EF4" w:rsidRDefault="0092325B" w:rsidP="0092325B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6A656D4B" w14:textId="13DC4825" w:rsidR="00316676" w:rsidRPr="00833EF4" w:rsidRDefault="002D57D4" w:rsidP="00316676">
      <w:pPr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833EF4">
        <w:rPr>
          <w:rFonts w:ascii="Times New Roman" w:hAnsi="Times New Roman" w:cs="Times New Roman"/>
          <w:b/>
          <w:bCs/>
          <w:sz w:val="24"/>
          <w:szCs w:val="24"/>
          <w:lang w:val="tr-TR"/>
        </w:rPr>
        <w:t>5. İHLALİN OLASI ETKİLERİ VE RİSK DERECESİ</w:t>
      </w:r>
    </w:p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4962"/>
        <w:gridCol w:w="4315"/>
      </w:tblGrid>
      <w:tr w:rsidR="0092325B" w:rsidRPr="00833EF4" w14:paraId="7F824FE8" w14:textId="77777777" w:rsidTr="00E03EC6">
        <w:tc>
          <w:tcPr>
            <w:tcW w:w="4962" w:type="dxa"/>
          </w:tcPr>
          <w:p w14:paraId="0DE8BE00" w14:textId="77777777" w:rsidR="00C850A2" w:rsidRDefault="00C850A2" w:rsidP="004675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761D91E8" w14:textId="669C1BF0" w:rsidR="0098346F" w:rsidRPr="00833EF4" w:rsidRDefault="002D57D4" w:rsidP="004675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İhlalin ilgili kişiler üzerinde yaratabileceği olumsuz etkiler yazılır</w:t>
            </w:r>
            <w:r w:rsidR="0098346F"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</w:p>
          <w:p w14:paraId="54B34ACE" w14:textId="77777777" w:rsidR="0092325B" w:rsidRDefault="002D57D4" w:rsidP="004675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(Örn: Kimlik hırsızlığı, dolandırıcılık, itibar kaybı, öğrencilerin kişisel bilgilerinin ifşası).</w:t>
            </w:r>
          </w:p>
          <w:p w14:paraId="0B2D3985" w14:textId="677372FB" w:rsidR="00CD3B46" w:rsidRPr="00833EF4" w:rsidRDefault="00CD3B46" w:rsidP="0046754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  <w:tc>
          <w:tcPr>
            <w:tcW w:w="4315" w:type="dxa"/>
          </w:tcPr>
          <w:p w14:paraId="61045D76" w14:textId="77777777" w:rsidR="0092325B" w:rsidRPr="00833EF4" w:rsidRDefault="0092325B" w:rsidP="00E03E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</w:tr>
      <w:tr w:rsidR="0092325B" w:rsidRPr="00833EF4" w14:paraId="289B7703" w14:textId="77777777" w:rsidTr="00E03EC6">
        <w:tc>
          <w:tcPr>
            <w:tcW w:w="4962" w:type="dxa"/>
          </w:tcPr>
          <w:p w14:paraId="55DDD1A2" w14:textId="77777777" w:rsidR="00C850A2" w:rsidRDefault="00C850A2" w:rsidP="0046754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  <w:p w14:paraId="14046510" w14:textId="34CDCA7C" w:rsidR="00467544" w:rsidRPr="00833EF4" w:rsidRDefault="0098346F" w:rsidP="0046754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833E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KVKK veri ihlalinin risk derecesi</w:t>
            </w:r>
            <w:r w:rsidR="00467544" w:rsidRPr="00833E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:</w:t>
            </w:r>
          </w:p>
          <w:p w14:paraId="0B35B6BB" w14:textId="77777777" w:rsidR="0092325B" w:rsidRDefault="00467544" w:rsidP="004675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</w:t>
            </w:r>
            <w:r w:rsidR="0098346F"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ızan verinin niteliği, etkilenen kişi sayısı ve bu durumun kişilerin hak ve özgürlükleri üzerinde yaratacağı olumsuz etkilere göre </w:t>
            </w:r>
            <w:r w:rsidRPr="00833E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Düşük, Orta ve Yüksek</w:t>
            </w:r>
            <w:r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olarak sınıflandırılır.</w:t>
            </w:r>
          </w:p>
          <w:p w14:paraId="45406188" w14:textId="00F4AC0A" w:rsidR="00CD3B46" w:rsidRPr="00833EF4" w:rsidRDefault="00CD3B46" w:rsidP="004675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15" w:type="dxa"/>
          </w:tcPr>
          <w:p w14:paraId="51EA67C3" w14:textId="77777777" w:rsidR="0092325B" w:rsidRPr="00833EF4" w:rsidRDefault="0092325B" w:rsidP="004675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14:paraId="3077B8B6" w14:textId="77777777" w:rsidR="0098346F" w:rsidRDefault="0098346F" w:rsidP="0092325B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3FD31EF0" w14:textId="77777777" w:rsidR="00550DCB" w:rsidRDefault="00550DCB" w:rsidP="0092325B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164DFE01" w14:textId="77777777" w:rsidR="00550DCB" w:rsidRDefault="00550DCB" w:rsidP="0092325B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49359589" w14:textId="1726D6C9" w:rsidR="00316676" w:rsidRPr="00833EF4" w:rsidRDefault="002D57D4" w:rsidP="00316676">
      <w:pPr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833EF4">
        <w:rPr>
          <w:rFonts w:ascii="Times New Roman" w:hAnsi="Times New Roman" w:cs="Times New Roman"/>
          <w:b/>
          <w:bCs/>
          <w:sz w:val="24"/>
          <w:szCs w:val="24"/>
          <w:lang w:val="tr-TR"/>
        </w:rPr>
        <w:lastRenderedPageBreak/>
        <w:t>6. ALINAN VE ALINMASI PLANLANAN TEDBİRLER</w:t>
      </w:r>
    </w:p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4962"/>
        <w:gridCol w:w="4315"/>
      </w:tblGrid>
      <w:tr w:rsidR="0098346F" w:rsidRPr="00833EF4" w14:paraId="1E646223" w14:textId="77777777" w:rsidTr="00E03EC6">
        <w:tc>
          <w:tcPr>
            <w:tcW w:w="4962" w:type="dxa"/>
          </w:tcPr>
          <w:p w14:paraId="1B524903" w14:textId="77777777" w:rsidR="00C850A2" w:rsidRDefault="00316676" w:rsidP="009834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  <w:p w14:paraId="176BEC7E" w14:textId="39C024D8" w:rsidR="00467544" w:rsidRPr="00833EF4" w:rsidRDefault="0098346F" w:rsidP="009834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3E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Teknik Tedbirler:</w:t>
            </w:r>
            <w:r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  <w:p w14:paraId="43C21EFD" w14:textId="77777777" w:rsidR="0098346F" w:rsidRDefault="0098346F" w:rsidP="004675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İlgili sunucuların izole edilmesi, şifrelerin sıfırlanması, güvenlik duvarı güncellemeleri, sızan verilerin internetten kaldırılması için yapılan </w:t>
            </w:r>
            <w:r w:rsidR="002E05F3"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işlemler.</w:t>
            </w:r>
          </w:p>
          <w:p w14:paraId="4439EC53" w14:textId="5C55A786" w:rsidR="00CD3B46" w:rsidRPr="00833EF4" w:rsidRDefault="00CD3B46" w:rsidP="0046754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  <w:tc>
          <w:tcPr>
            <w:tcW w:w="4315" w:type="dxa"/>
          </w:tcPr>
          <w:p w14:paraId="7D2C0FBB" w14:textId="77777777" w:rsidR="0098346F" w:rsidRPr="00833EF4" w:rsidRDefault="0098346F" w:rsidP="009834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</w:tr>
      <w:tr w:rsidR="0098346F" w:rsidRPr="00833EF4" w14:paraId="741BC308" w14:textId="77777777" w:rsidTr="00E03EC6">
        <w:tc>
          <w:tcPr>
            <w:tcW w:w="4962" w:type="dxa"/>
          </w:tcPr>
          <w:p w14:paraId="119F96B7" w14:textId="77777777" w:rsidR="00C850A2" w:rsidRDefault="00C850A2" w:rsidP="009834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  <w:p w14:paraId="4DF5CFC5" w14:textId="3EC7CA10" w:rsidR="00467544" w:rsidRPr="00833EF4" w:rsidRDefault="0098346F" w:rsidP="009834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3E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İdari Tedbirler:</w:t>
            </w:r>
            <w:r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  <w:p w14:paraId="6A19480F" w14:textId="77777777" w:rsidR="0098346F" w:rsidRDefault="002E05F3" w:rsidP="004675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P</w:t>
            </w:r>
            <w:r w:rsidR="0098346F" w:rsidRPr="00833E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ersonele yönelik farkındalık çalışmaları. </w:t>
            </w:r>
          </w:p>
          <w:p w14:paraId="0C158D18" w14:textId="4FDE21FF" w:rsidR="00CD3B46" w:rsidRPr="00833EF4" w:rsidRDefault="00CD3B46" w:rsidP="0046754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  <w:tc>
          <w:tcPr>
            <w:tcW w:w="4315" w:type="dxa"/>
          </w:tcPr>
          <w:p w14:paraId="31D283EC" w14:textId="77777777" w:rsidR="0098346F" w:rsidRPr="00833EF4" w:rsidRDefault="0098346F" w:rsidP="009834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</w:tr>
    </w:tbl>
    <w:p w14:paraId="305D0B1E" w14:textId="77777777" w:rsidR="00316676" w:rsidRPr="00833EF4" w:rsidRDefault="00316676">
      <w:pPr>
        <w:rPr>
          <w:rFonts w:ascii="Times New Roman" w:hAnsi="Times New Roman" w:cs="Times New Roman"/>
          <w:sz w:val="24"/>
          <w:szCs w:val="24"/>
        </w:rPr>
      </w:pPr>
    </w:p>
    <w:p w14:paraId="2010D5C9" w14:textId="4396373C" w:rsidR="00E261DE" w:rsidRPr="00833EF4" w:rsidRDefault="00E261DE" w:rsidP="00C964B7">
      <w:pPr>
        <w:ind w:firstLine="72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833EF4">
        <w:rPr>
          <w:rFonts w:ascii="Times New Roman" w:hAnsi="Times New Roman" w:cs="Times New Roman"/>
          <w:sz w:val="24"/>
          <w:szCs w:val="24"/>
          <w:lang w:val="tr-TR"/>
        </w:rPr>
        <w:t>İşbu kişisel veri ihlali olay tespit tutanağı, yukarıda belirtilen tarih ve saatte, olay yerinde hazır bulunanlarca hiçbir baskı altında kalmaksızın okun</w:t>
      </w:r>
      <w:r w:rsidR="00C47BDF" w:rsidRPr="00833EF4">
        <w:rPr>
          <w:rFonts w:ascii="Times New Roman" w:hAnsi="Times New Roman" w:cs="Times New Roman"/>
          <w:sz w:val="24"/>
          <w:szCs w:val="24"/>
          <w:lang w:val="tr-TR"/>
        </w:rPr>
        <w:t>arak</w:t>
      </w:r>
      <w:r w:rsidRPr="00833EF4">
        <w:rPr>
          <w:rFonts w:ascii="Times New Roman" w:hAnsi="Times New Roman" w:cs="Times New Roman"/>
          <w:sz w:val="24"/>
          <w:szCs w:val="24"/>
          <w:lang w:val="tr-TR"/>
        </w:rPr>
        <w:t>, doğruluğu karşılıklı olarak tasdik edil</w:t>
      </w:r>
      <w:r w:rsidR="00C47BDF" w:rsidRPr="00833EF4">
        <w:rPr>
          <w:rFonts w:ascii="Times New Roman" w:hAnsi="Times New Roman" w:cs="Times New Roman"/>
          <w:sz w:val="24"/>
          <w:szCs w:val="24"/>
          <w:lang w:val="tr-TR"/>
        </w:rPr>
        <w:t xml:space="preserve">miş ve veri ihlali durumunun kayıt altına alınarak </w:t>
      </w:r>
      <w:r w:rsidR="00C47BDF" w:rsidRPr="00F87F28">
        <w:rPr>
          <w:rFonts w:ascii="Times New Roman" w:hAnsi="Times New Roman" w:cs="Times New Roman"/>
          <w:sz w:val="24"/>
          <w:szCs w:val="24"/>
          <w:lang w:val="tr-TR"/>
        </w:rPr>
        <w:t xml:space="preserve">ivedilikle </w:t>
      </w:r>
      <w:r w:rsidR="00F87F28" w:rsidRPr="007E574B">
        <w:rPr>
          <w:rFonts w:ascii="Times New Roman" w:hAnsi="Times New Roman" w:cs="Times New Roman"/>
          <w:sz w:val="24"/>
          <w:szCs w:val="24"/>
          <w:lang w:val="tr-TR"/>
        </w:rPr>
        <w:t xml:space="preserve">Veri Sorumlusu </w:t>
      </w:r>
      <w:r w:rsidR="00F87F28" w:rsidRPr="00F87F28">
        <w:rPr>
          <w:rFonts w:ascii="Times New Roman" w:hAnsi="Times New Roman" w:cs="Times New Roman"/>
          <w:sz w:val="24"/>
          <w:szCs w:val="24"/>
          <w:lang w:val="tr-TR"/>
        </w:rPr>
        <w:t>ve</w:t>
      </w:r>
      <w:r w:rsidR="00F87F28" w:rsidRPr="007E574B">
        <w:rPr>
          <w:rFonts w:ascii="Times New Roman" w:hAnsi="Times New Roman" w:cs="Times New Roman"/>
          <w:sz w:val="24"/>
          <w:szCs w:val="24"/>
          <w:lang w:val="tr-TR"/>
        </w:rPr>
        <w:t xml:space="preserve"> İrtibat Kişisine </w:t>
      </w:r>
      <w:r w:rsidR="00F87F28">
        <w:rPr>
          <w:rFonts w:ascii="Times New Roman" w:hAnsi="Times New Roman" w:cs="Times New Roman"/>
          <w:sz w:val="24"/>
          <w:szCs w:val="24"/>
          <w:lang w:val="tr-TR"/>
        </w:rPr>
        <w:t xml:space="preserve"> bildirilerek </w:t>
      </w:r>
      <w:r w:rsidR="00C70649" w:rsidRPr="00F87F28">
        <w:rPr>
          <w:rFonts w:ascii="Times New Roman" w:hAnsi="Times New Roman" w:cs="Times New Roman"/>
          <w:sz w:val="24"/>
          <w:szCs w:val="24"/>
          <w:lang w:val="tr-TR"/>
        </w:rPr>
        <w:t>KVK Komisyonuna</w:t>
      </w:r>
      <w:r w:rsidR="00C70649" w:rsidRPr="00833EF4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C47BDF" w:rsidRPr="00833EF4">
        <w:rPr>
          <w:rFonts w:ascii="Times New Roman" w:hAnsi="Times New Roman" w:cs="Times New Roman"/>
          <w:sz w:val="24"/>
          <w:szCs w:val="24"/>
          <w:lang w:val="tr-TR"/>
        </w:rPr>
        <w:t xml:space="preserve">raporlanması amacıyla imza altına alınmıştır. </w:t>
      </w:r>
      <w:r w:rsidR="00CD3B46">
        <w:rPr>
          <w:rFonts w:ascii="Times New Roman" w:hAnsi="Times New Roman" w:cs="Times New Roman"/>
          <w:sz w:val="24"/>
          <w:szCs w:val="24"/>
          <w:lang w:val="tr-TR"/>
        </w:rPr>
        <w:t xml:space="preserve">Tarih </w:t>
      </w:r>
      <w:r w:rsidRPr="00833EF4">
        <w:rPr>
          <w:rFonts w:ascii="Times New Roman" w:hAnsi="Times New Roman" w:cs="Times New Roman"/>
          <w:sz w:val="24"/>
          <w:szCs w:val="24"/>
          <w:lang w:val="tr-TR"/>
        </w:rPr>
        <w:t>[</w:t>
      </w:r>
      <w:r w:rsidR="00CD3B46">
        <w:rPr>
          <w:rFonts w:ascii="Times New Roman" w:hAnsi="Times New Roman" w:cs="Times New Roman"/>
          <w:sz w:val="24"/>
          <w:szCs w:val="24"/>
          <w:lang w:val="tr-TR"/>
        </w:rPr>
        <w:t>…./…./….</w:t>
      </w:r>
      <w:r w:rsidRPr="00833EF4">
        <w:rPr>
          <w:rFonts w:ascii="Times New Roman" w:hAnsi="Times New Roman" w:cs="Times New Roman"/>
          <w:sz w:val="24"/>
          <w:szCs w:val="24"/>
          <w:lang w:val="tr-TR"/>
        </w:rPr>
        <w:t>] - Saat: [</w:t>
      </w:r>
      <w:r w:rsidR="00CD3B46">
        <w:rPr>
          <w:rFonts w:ascii="Times New Roman" w:hAnsi="Times New Roman" w:cs="Times New Roman"/>
          <w:sz w:val="24"/>
          <w:szCs w:val="24"/>
          <w:lang w:val="tr-TR"/>
        </w:rPr>
        <w:t>…</w:t>
      </w:r>
      <w:r w:rsidRPr="00833EF4">
        <w:rPr>
          <w:rFonts w:ascii="Times New Roman" w:hAnsi="Times New Roman" w:cs="Times New Roman"/>
          <w:sz w:val="24"/>
          <w:szCs w:val="24"/>
          <w:lang w:val="tr-TR"/>
        </w:rPr>
        <w:t>:</w:t>
      </w:r>
      <w:r w:rsidR="00CD3B46">
        <w:rPr>
          <w:rFonts w:ascii="Times New Roman" w:hAnsi="Times New Roman" w:cs="Times New Roman"/>
          <w:sz w:val="24"/>
          <w:szCs w:val="24"/>
          <w:lang w:val="tr-TR"/>
        </w:rPr>
        <w:t>…</w:t>
      </w:r>
      <w:r w:rsidRPr="00833EF4">
        <w:rPr>
          <w:rFonts w:ascii="Times New Roman" w:hAnsi="Times New Roman" w:cs="Times New Roman"/>
          <w:sz w:val="24"/>
          <w:szCs w:val="24"/>
          <w:lang w:val="tr-TR"/>
        </w:rPr>
        <w:t>]</w:t>
      </w:r>
    </w:p>
    <w:p w14:paraId="58507CA2" w14:textId="77777777" w:rsidR="00C47BDF" w:rsidRPr="00833EF4" w:rsidRDefault="00C47BDF" w:rsidP="00C47BD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2244E0FA" w14:textId="682D86FB" w:rsidR="00C964B7" w:rsidRPr="00833EF4" w:rsidRDefault="00C964B7" w:rsidP="001461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833EF4">
        <w:rPr>
          <w:rFonts w:ascii="Times New Roman" w:hAnsi="Times New Roman" w:cs="Times New Roman"/>
          <w:b/>
          <w:bCs/>
          <w:sz w:val="24"/>
          <w:szCs w:val="24"/>
          <w:lang w:val="tr-TR"/>
        </w:rPr>
        <w:t>İlgili Birim Amiri / Yönetici</w:t>
      </w:r>
    </w:p>
    <w:p w14:paraId="47778C05" w14:textId="0C523623" w:rsidR="00C964B7" w:rsidRPr="00833EF4" w:rsidRDefault="00C964B7" w:rsidP="0014619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tr-TR"/>
        </w:rPr>
      </w:pPr>
      <w:r w:rsidRPr="00833EF4">
        <w:rPr>
          <w:rFonts w:ascii="Times New Roman" w:hAnsi="Times New Roman" w:cs="Times New Roman"/>
          <w:i/>
          <w:iCs/>
          <w:sz w:val="24"/>
          <w:szCs w:val="24"/>
          <w:lang w:val="tr-TR"/>
        </w:rPr>
        <w:t>(Olayın gerçekleştiği birimin en üst yöneticisi)</w:t>
      </w:r>
    </w:p>
    <w:p w14:paraId="40F5A73A" w14:textId="77777777" w:rsidR="00C964B7" w:rsidRDefault="00C964B7" w:rsidP="00C964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2BC91047" w14:textId="77777777" w:rsidR="0014619B" w:rsidRPr="00833EF4" w:rsidRDefault="0014619B" w:rsidP="00C964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1B56A026" w14:textId="5B823A99" w:rsidR="0014619B" w:rsidRPr="00833EF4" w:rsidRDefault="00C964B7" w:rsidP="0014619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833EF4">
        <w:rPr>
          <w:rFonts w:ascii="Times New Roman" w:hAnsi="Times New Roman" w:cs="Times New Roman"/>
          <w:b/>
          <w:bCs/>
          <w:sz w:val="24"/>
          <w:szCs w:val="24"/>
          <w:lang w:val="tr-TR"/>
        </w:rPr>
        <w:t>Olayı Tespit Eden / Raporlayan Yetkili</w:t>
      </w:r>
      <w:r w:rsidR="0014619B" w:rsidRPr="0014619B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</w:t>
      </w:r>
      <w:r w:rsidR="0014619B">
        <w:rPr>
          <w:rFonts w:ascii="Times New Roman" w:hAnsi="Times New Roman" w:cs="Times New Roman"/>
          <w:b/>
          <w:bCs/>
          <w:sz w:val="24"/>
          <w:szCs w:val="24"/>
          <w:lang w:val="tr-TR"/>
        </w:rPr>
        <w:tab/>
      </w:r>
      <w:r w:rsidR="0014619B">
        <w:rPr>
          <w:rFonts w:ascii="Times New Roman" w:hAnsi="Times New Roman" w:cs="Times New Roman"/>
          <w:b/>
          <w:bCs/>
          <w:sz w:val="24"/>
          <w:szCs w:val="24"/>
          <w:lang w:val="tr-TR"/>
        </w:rPr>
        <w:tab/>
      </w:r>
      <w:r w:rsidR="0014619B">
        <w:rPr>
          <w:rFonts w:ascii="Times New Roman" w:hAnsi="Times New Roman" w:cs="Times New Roman"/>
          <w:b/>
          <w:bCs/>
          <w:sz w:val="24"/>
          <w:szCs w:val="24"/>
          <w:lang w:val="tr-TR"/>
        </w:rPr>
        <w:tab/>
      </w:r>
      <w:r w:rsidR="0014619B" w:rsidRPr="00833EF4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KVKK </w:t>
      </w:r>
      <w:r w:rsidR="0014619B">
        <w:rPr>
          <w:rFonts w:ascii="Times New Roman" w:hAnsi="Times New Roman" w:cs="Times New Roman"/>
          <w:b/>
          <w:bCs/>
          <w:sz w:val="24"/>
          <w:szCs w:val="24"/>
          <w:lang w:val="tr-TR"/>
        </w:rPr>
        <w:t>Birim</w:t>
      </w:r>
      <w:r w:rsidR="0014619B" w:rsidRPr="0064440E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Temsilcisi</w:t>
      </w:r>
    </w:p>
    <w:p w14:paraId="4B995719" w14:textId="2E0EF260" w:rsidR="0014619B" w:rsidRDefault="00C964B7" w:rsidP="0014619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tr-TR"/>
        </w:rPr>
      </w:pPr>
      <w:r w:rsidRPr="00833EF4">
        <w:rPr>
          <w:rFonts w:ascii="Times New Roman" w:hAnsi="Times New Roman" w:cs="Times New Roman"/>
          <w:i/>
          <w:iCs/>
          <w:sz w:val="24"/>
          <w:szCs w:val="24"/>
          <w:lang w:val="tr-TR"/>
        </w:rPr>
        <w:t xml:space="preserve">(İhlali ilk fark eden, durumu amirlerine bildiren </w:t>
      </w:r>
      <w:r w:rsidR="0014619B">
        <w:rPr>
          <w:rFonts w:ascii="Times New Roman" w:hAnsi="Times New Roman" w:cs="Times New Roman"/>
          <w:i/>
          <w:iCs/>
          <w:sz w:val="24"/>
          <w:szCs w:val="24"/>
          <w:lang w:val="tr-TR"/>
        </w:rPr>
        <w:tab/>
      </w:r>
      <w:r w:rsidR="0014619B">
        <w:rPr>
          <w:rFonts w:ascii="Times New Roman" w:hAnsi="Times New Roman" w:cs="Times New Roman"/>
          <w:i/>
          <w:iCs/>
          <w:sz w:val="24"/>
          <w:szCs w:val="24"/>
          <w:lang w:val="tr-TR"/>
        </w:rPr>
        <w:tab/>
      </w:r>
      <w:r w:rsidR="0014619B" w:rsidRPr="00833EF4">
        <w:rPr>
          <w:rFonts w:ascii="Times New Roman" w:hAnsi="Times New Roman" w:cs="Times New Roman"/>
          <w:i/>
          <w:iCs/>
          <w:sz w:val="24"/>
          <w:szCs w:val="24"/>
          <w:lang w:val="tr-TR"/>
        </w:rPr>
        <w:t xml:space="preserve">(Birimin </w:t>
      </w:r>
      <w:r w:rsidR="0014619B" w:rsidRPr="0064440E">
        <w:rPr>
          <w:rFonts w:ascii="Times New Roman" w:hAnsi="Times New Roman" w:cs="Times New Roman"/>
          <w:i/>
          <w:iCs/>
          <w:sz w:val="24"/>
          <w:szCs w:val="24"/>
          <w:lang w:val="tr-TR"/>
        </w:rPr>
        <w:t>KVKK Yazılım Kullanıcısı-</w:t>
      </w:r>
    </w:p>
    <w:p w14:paraId="76EBEA94" w14:textId="0E750AD8" w:rsidR="0014619B" w:rsidRDefault="00C964B7" w:rsidP="0014619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tr-TR"/>
        </w:rPr>
      </w:pPr>
      <w:r w:rsidRPr="00833EF4">
        <w:rPr>
          <w:rFonts w:ascii="Times New Roman" w:hAnsi="Times New Roman" w:cs="Times New Roman"/>
          <w:i/>
          <w:iCs/>
          <w:sz w:val="24"/>
          <w:szCs w:val="24"/>
          <w:lang w:val="tr-TR"/>
        </w:rPr>
        <w:t>veya teknik/idari tespiti yapan personel)</w:t>
      </w:r>
      <w:r w:rsidR="0014619B" w:rsidRPr="0014619B">
        <w:rPr>
          <w:rFonts w:ascii="Times New Roman" w:hAnsi="Times New Roman" w:cs="Times New Roman"/>
          <w:i/>
          <w:iCs/>
          <w:sz w:val="24"/>
          <w:szCs w:val="24"/>
          <w:lang w:val="tr-TR"/>
        </w:rPr>
        <w:t xml:space="preserve"> </w:t>
      </w:r>
      <w:r w:rsidR="0014619B">
        <w:rPr>
          <w:rFonts w:ascii="Times New Roman" w:hAnsi="Times New Roman" w:cs="Times New Roman"/>
          <w:i/>
          <w:iCs/>
          <w:sz w:val="24"/>
          <w:szCs w:val="24"/>
          <w:lang w:val="tr-TR"/>
        </w:rPr>
        <w:tab/>
      </w:r>
      <w:r w:rsidR="0014619B">
        <w:rPr>
          <w:rFonts w:ascii="Times New Roman" w:hAnsi="Times New Roman" w:cs="Times New Roman"/>
          <w:i/>
          <w:iCs/>
          <w:sz w:val="24"/>
          <w:szCs w:val="24"/>
          <w:lang w:val="tr-TR"/>
        </w:rPr>
        <w:tab/>
      </w:r>
      <w:r w:rsidR="0014619B">
        <w:rPr>
          <w:rFonts w:ascii="Times New Roman" w:hAnsi="Times New Roman" w:cs="Times New Roman"/>
          <w:i/>
          <w:iCs/>
          <w:sz w:val="24"/>
          <w:szCs w:val="24"/>
          <w:lang w:val="tr-TR"/>
        </w:rPr>
        <w:tab/>
      </w:r>
      <w:r w:rsidR="0014619B" w:rsidRPr="0064440E">
        <w:rPr>
          <w:rFonts w:ascii="Times New Roman" w:hAnsi="Times New Roman" w:cs="Times New Roman"/>
          <w:i/>
          <w:iCs/>
          <w:sz w:val="24"/>
          <w:szCs w:val="24"/>
          <w:lang w:val="tr-TR"/>
        </w:rPr>
        <w:t>Birim</w:t>
      </w:r>
      <w:r w:rsidR="0014619B" w:rsidRPr="00833EF4">
        <w:rPr>
          <w:rFonts w:ascii="Times New Roman" w:hAnsi="Times New Roman" w:cs="Times New Roman"/>
          <w:i/>
          <w:iCs/>
          <w:sz w:val="24"/>
          <w:szCs w:val="24"/>
          <w:lang w:val="tr-TR"/>
        </w:rPr>
        <w:t xml:space="preserve"> Temsilcisi)</w:t>
      </w:r>
    </w:p>
    <w:p w14:paraId="410AF9E7" w14:textId="5393392F" w:rsidR="00C964B7" w:rsidRPr="00833EF4" w:rsidRDefault="00C964B7" w:rsidP="00C964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3D4F708B" w14:textId="77777777" w:rsidR="00C964B7" w:rsidRPr="00833EF4" w:rsidRDefault="00C964B7" w:rsidP="00C964B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1597413A" w14:textId="0FCE60E5" w:rsidR="00C964B7" w:rsidRPr="00833EF4" w:rsidRDefault="00C964B7" w:rsidP="0014619B">
      <w:pPr>
        <w:spacing w:after="0" w:line="240" w:lineRule="auto"/>
        <w:ind w:left="2160" w:firstLine="720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833EF4">
        <w:rPr>
          <w:rFonts w:ascii="Times New Roman" w:hAnsi="Times New Roman" w:cs="Times New Roman"/>
          <w:b/>
          <w:bCs/>
          <w:sz w:val="24"/>
          <w:szCs w:val="24"/>
          <w:lang w:val="tr-TR"/>
        </w:rPr>
        <w:t>Varsa Şahitler / Diğer Personel</w:t>
      </w:r>
    </w:p>
    <w:p w14:paraId="66AE1207" w14:textId="77777777" w:rsidR="00C964B7" w:rsidRPr="00833EF4" w:rsidRDefault="00C964B7" w:rsidP="0014619B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  <w:lang w:val="tr-TR"/>
        </w:rPr>
      </w:pPr>
      <w:r w:rsidRPr="00833EF4">
        <w:rPr>
          <w:rFonts w:ascii="Times New Roman" w:hAnsi="Times New Roman" w:cs="Times New Roman"/>
          <w:i/>
          <w:iCs/>
          <w:sz w:val="24"/>
          <w:szCs w:val="24"/>
          <w:lang w:val="tr-TR"/>
        </w:rPr>
        <w:t>(Olay anında orada bulunan veya duruma tanıklık eden diğer kişiler)</w:t>
      </w:r>
    </w:p>
    <w:p w14:paraId="6DC92728" w14:textId="77777777" w:rsidR="00316676" w:rsidRPr="00833EF4" w:rsidRDefault="00316676" w:rsidP="00C964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4AD36A" w14:textId="77777777" w:rsidR="00316676" w:rsidRPr="00833EF4" w:rsidRDefault="00316676" w:rsidP="00C964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16676" w:rsidRPr="00833EF4" w:rsidSect="00CD3B46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851" w:right="144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94A4B" w14:textId="77777777" w:rsidR="003B176A" w:rsidRDefault="003B176A" w:rsidP="00CD3B46">
      <w:pPr>
        <w:spacing w:after="0" w:line="240" w:lineRule="auto"/>
      </w:pPr>
      <w:r>
        <w:separator/>
      </w:r>
    </w:p>
  </w:endnote>
  <w:endnote w:type="continuationSeparator" w:id="0">
    <w:p w14:paraId="4087569A" w14:textId="77777777" w:rsidR="003B176A" w:rsidRDefault="003B176A" w:rsidP="00CD3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7963938"/>
      <w:docPartObj>
        <w:docPartGallery w:val="Page Numbers (Bottom of Page)"/>
        <w:docPartUnique/>
      </w:docPartObj>
    </w:sdtPr>
    <w:sdtContent>
      <w:p w14:paraId="7491EBDB" w14:textId="73250CFC" w:rsidR="00CD3B46" w:rsidRDefault="00CD3B46">
        <w:pPr>
          <w:pStyle w:val="AltBilgi"/>
          <w:jc w:val="center"/>
        </w:pPr>
        <w:r w:rsidRPr="0004152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4152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4152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41528">
          <w:rPr>
            <w:rFonts w:ascii="Times New Roman" w:hAnsi="Times New Roman" w:cs="Times New Roman"/>
            <w:sz w:val="24"/>
            <w:szCs w:val="24"/>
            <w:lang w:val="tr-TR"/>
          </w:rPr>
          <w:t>2</w:t>
        </w:r>
        <w:r w:rsidRPr="0004152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FF99AA2" w14:textId="77777777" w:rsidR="00CD3B46" w:rsidRDefault="00CD3B4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EF8F9" w14:textId="77777777" w:rsidR="003B176A" w:rsidRDefault="003B176A" w:rsidP="00CD3B46">
      <w:pPr>
        <w:spacing w:after="0" w:line="240" w:lineRule="auto"/>
      </w:pPr>
      <w:r>
        <w:separator/>
      </w:r>
    </w:p>
  </w:footnote>
  <w:footnote w:type="continuationSeparator" w:id="0">
    <w:p w14:paraId="4803BB63" w14:textId="77777777" w:rsidR="003B176A" w:rsidRDefault="003B176A" w:rsidP="00CD3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46A73" w14:textId="46DBCA21" w:rsidR="001D34D9" w:rsidRDefault="00000000">
    <w:pPr>
      <w:pStyle w:val="stBilgi"/>
    </w:pPr>
    <w:r>
      <w:rPr>
        <w:noProof/>
      </w:rPr>
      <w:pict w14:anchorId="78E625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44183110" o:spid="_x0000_s1026" type="#_x0000_t75" style="position:absolute;margin-left:0;margin-top:0;width:467.95pt;height:563.05pt;z-index:-251657216;mso-position-horizontal:center;mso-position-horizontal-relative:margin;mso-position-vertical:center;mso-position-vertical-relative:margin" o:allowincell="f">
          <v:imagedata r:id="rId1" o:title="cbu_dik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C64C8" w14:textId="303CBDEA" w:rsidR="002B7CA7" w:rsidRDefault="00000000">
    <w:pPr>
      <w:pStyle w:val="stBilgi"/>
    </w:pPr>
    <w:r>
      <w:rPr>
        <w:noProof/>
      </w:rPr>
      <w:pict w14:anchorId="254E8C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44183111" o:spid="_x0000_s1027" type="#_x0000_t75" style="position:absolute;margin-left:0;margin-top:0;width:467.95pt;height:563.05pt;z-index:-251656192;mso-position-horizontal:center;mso-position-horizontal-relative:margin;mso-position-vertical:center;mso-position-vertical-relative:margin" o:allowincell="f">
          <v:imagedata r:id="rId1" o:title="cbu_dik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03B9B" w14:textId="21FDBD82" w:rsidR="001D34D9" w:rsidRDefault="00000000">
    <w:pPr>
      <w:pStyle w:val="stBilgi"/>
    </w:pPr>
    <w:r>
      <w:rPr>
        <w:noProof/>
      </w:rPr>
      <w:pict w14:anchorId="1E5BE7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44183109" o:spid="_x0000_s1025" type="#_x0000_t75" style="position:absolute;margin-left:0;margin-top:0;width:467.95pt;height:563.05pt;z-index:-251658240;mso-position-horizontal:center;mso-position-horizontal-relative:margin;mso-position-vertical:center;mso-position-vertical-relative:margin" o:allowincell="f">
          <v:imagedata r:id="rId1" o:title="cbu_dik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527D6D"/>
    <w:multiLevelType w:val="hybridMultilevel"/>
    <w:tmpl w:val="A5BA3F4A"/>
    <w:lvl w:ilvl="0" w:tplc="78ACBFE6">
      <w:start w:val="1"/>
      <w:numFmt w:val="decimal"/>
      <w:lvlText w:val="%1."/>
      <w:lvlJc w:val="left"/>
      <w:pPr>
        <w:ind w:left="720" w:hanging="360"/>
      </w:pPr>
      <w:rPr>
        <w:b/>
        <w:bCs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B2307D"/>
    <w:multiLevelType w:val="multilevel"/>
    <w:tmpl w:val="EAF41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861DA7"/>
    <w:multiLevelType w:val="hybridMultilevel"/>
    <w:tmpl w:val="B2AAB0D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C3037E"/>
    <w:multiLevelType w:val="multilevel"/>
    <w:tmpl w:val="4BD23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F94ACC"/>
    <w:multiLevelType w:val="multilevel"/>
    <w:tmpl w:val="861C6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B14EA2"/>
    <w:multiLevelType w:val="multilevel"/>
    <w:tmpl w:val="B6020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B155A9"/>
    <w:multiLevelType w:val="multilevel"/>
    <w:tmpl w:val="F9888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5938A9"/>
    <w:multiLevelType w:val="multilevel"/>
    <w:tmpl w:val="BFC0D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4A02D8"/>
    <w:multiLevelType w:val="hybridMultilevel"/>
    <w:tmpl w:val="AC0017B2"/>
    <w:lvl w:ilvl="0" w:tplc="6478CAAA">
      <w:start w:val="1"/>
      <w:numFmt w:val="decimal"/>
      <w:lvlText w:val="%1."/>
      <w:lvlJc w:val="left"/>
      <w:pPr>
        <w:ind w:left="720" w:hanging="360"/>
      </w:pPr>
      <w:rPr>
        <w:b/>
        <w:bCs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07729F"/>
    <w:multiLevelType w:val="multilevel"/>
    <w:tmpl w:val="0DD28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6457811"/>
    <w:multiLevelType w:val="multilevel"/>
    <w:tmpl w:val="0F686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5F5491"/>
    <w:multiLevelType w:val="hybridMultilevel"/>
    <w:tmpl w:val="94B8DD5E"/>
    <w:lvl w:ilvl="0" w:tplc="F8A6A00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4114607">
    <w:abstractNumId w:val="8"/>
  </w:num>
  <w:num w:numId="2" w16cid:durableId="1723366954">
    <w:abstractNumId w:val="6"/>
  </w:num>
  <w:num w:numId="3" w16cid:durableId="2107311703">
    <w:abstractNumId w:val="5"/>
  </w:num>
  <w:num w:numId="4" w16cid:durableId="1443381568">
    <w:abstractNumId w:val="4"/>
  </w:num>
  <w:num w:numId="5" w16cid:durableId="972717309">
    <w:abstractNumId w:val="7"/>
  </w:num>
  <w:num w:numId="6" w16cid:durableId="1047686568">
    <w:abstractNumId w:val="3"/>
  </w:num>
  <w:num w:numId="7" w16cid:durableId="866678543">
    <w:abstractNumId w:val="2"/>
  </w:num>
  <w:num w:numId="8" w16cid:durableId="968627993">
    <w:abstractNumId w:val="1"/>
  </w:num>
  <w:num w:numId="9" w16cid:durableId="643004343">
    <w:abstractNumId w:val="0"/>
  </w:num>
  <w:num w:numId="10" w16cid:durableId="243684621">
    <w:abstractNumId w:val="15"/>
  </w:num>
  <w:num w:numId="11" w16cid:durableId="2092846436">
    <w:abstractNumId w:val="12"/>
  </w:num>
  <w:num w:numId="12" w16cid:durableId="313722638">
    <w:abstractNumId w:val="13"/>
  </w:num>
  <w:num w:numId="13" w16cid:durableId="950552887">
    <w:abstractNumId w:val="16"/>
  </w:num>
  <w:num w:numId="14" w16cid:durableId="872108190">
    <w:abstractNumId w:val="19"/>
  </w:num>
  <w:num w:numId="15" w16cid:durableId="1131292599">
    <w:abstractNumId w:val="10"/>
  </w:num>
  <w:num w:numId="16" w16cid:durableId="287319772">
    <w:abstractNumId w:val="14"/>
  </w:num>
  <w:num w:numId="17" w16cid:durableId="1198351756">
    <w:abstractNumId w:val="18"/>
  </w:num>
  <w:num w:numId="18" w16cid:durableId="604924698">
    <w:abstractNumId w:val="11"/>
  </w:num>
  <w:num w:numId="19" w16cid:durableId="84376690">
    <w:abstractNumId w:val="20"/>
  </w:num>
  <w:num w:numId="20" w16cid:durableId="288777790">
    <w:abstractNumId w:val="9"/>
  </w:num>
  <w:num w:numId="21" w16cid:durableId="150497870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528"/>
    <w:rsid w:val="0006063C"/>
    <w:rsid w:val="0014619B"/>
    <w:rsid w:val="0015074B"/>
    <w:rsid w:val="001C4A91"/>
    <w:rsid w:val="001D34D9"/>
    <w:rsid w:val="001F7A51"/>
    <w:rsid w:val="00222CD0"/>
    <w:rsid w:val="00262808"/>
    <w:rsid w:val="0029639D"/>
    <w:rsid w:val="002B7CA7"/>
    <w:rsid w:val="002C5D80"/>
    <w:rsid w:val="002D57D4"/>
    <w:rsid w:val="002E05F3"/>
    <w:rsid w:val="00316676"/>
    <w:rsid w:val="00326F90"/>
    <w:rsid w:val="003B176A"/>
    <w:rsid w:val="00467544"/>
    <w:rsid w:val="0049081E"/>
    <w:rsid w:val="00503DBA"/>
    <w:rsid w:val="00550DCB"/>
    <w:rsid w:val="005D4160"/>
    <w:rsid w:val="005F008C"/>
    <w:rsid w:val="006404FE"/>
    <w:rsid w:val="0064440E"/>
    <w:rsid w:val="00717325"/>
    <w:rsid w:val="00721BDE"/>
    <w:rsid w:val="007E3443"/>
    <w:rsid w:val="00802DA2"/>
    <w:rsid w:val="00814F04"/>
    <w:rsid w:val="00833EF4"/>
    <w:rsid w:val="008854D8"/>
    <w:rsid w:val="008A1341"/>
    <w:rsid w:val="008D1597"/>
    <w:rsid w:val="0092325B"/>
    <w:rsid w:val="00932E59"/>
    <w:rsid w:val="009566BD"/>
    <w:rsid w:val="0098346F"/>
    <w:rsid w:val="00A54375"/>
    <w:rsid w:val="00AA1D8D"/>
    <w:rsid w:val="00AC6DE7"/>
    <w:rsid w:val="00B47730"/>
    <w:rsid w:val="00C47BDF"/>
    <w:rsid w:val="00C70649"/>
    <w:rsid w:val="00C850A2"/>
    <w:rsid w:val="00C964B7"/>
    <w:rsid w:val="00CB0664"/>
    <w:rsid w:val="00CD0081"/>
    <w:rsid w:val="00CD3B46"/>
    <w:rsid w:val="00D35619"/>
    <w:rsid w:val="00DC7175"/>
    <w:rsid w:val="00E225DA"/>
    <w:rsid w:val="00E261DE"/>
    <w:rsid w:val="00EB7A00"/>
    <w:rsid w:val="00ED4B65"/>
    <w:rsid w:val="00F620FE"/>
    <w:rsid w:val="00F872AD"/>
    <w:rsid w:val="00F87F28"/>
    <w:rsid w:val="00FC693F"/>
    <w:rsid w:val="00FE0BCF"/>
    <w:rsid w:val="00FF1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5109B73"/>
  <w14:defaultImageDpi w14:val="300"/>
  <w15:docId w15:val="{F01C3084-49AE-4760-824B-0E2F85DBC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unhideWhenUsed/>
    <w:rsid w:val="00316676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316676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CD008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675</Words>
  <Characters>3849</Characters>
  <Application>Microsoft Office Word</Application>
  <DocSecurity>0</DocSecurity>
  <Lines>32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4515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Tahir EPÖZTÜRK</cp:lastModifiedBy>
  <cp:revision>4</cp:revision>
  <cp:lastPrinted>2026-09-21T08:39:00Z</cp:lastPrinted>
  <dcterms:created xsi:type="dcterms:W3CDTF">2026-09-29T14:12:00Z</dcterms:created>
  <dcterms:modified xsi:type="dcterms:W3CDTF">2026-10-01T07:33:00Z</dcterms:modified>
  <cp:category/>
</cp:coreProperties>
</file>